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0BBAF6" w14:textId="77777777" w:rsidR="0029425A" w:rsidRPr="0029425A" w:rsidRDefault="0029425A" w:rsidP="0029425A">
      <w:pPr>
        <w:autoSpaceDE w:val="0"/>
        <w:autoSpaceDN w:val="0"/>
        <w:spacing w:after="1376" w:line="240" w:lineRule="auto"/>
        <w:ind w:left="2232"/>
        <w:jc w:val="center"/>
        <w:rPr>
          <w:lang w:val="ru-RU"/>
        </w:rPr>
      </w:pPr>
      <w:r w:rsidRPr="0029425A">
        <w:rPr>
          <w:rFonts w:ascii="Times New Roman" w:eastAsia="Times New Roman" w:hAnsi="Times New Roman"/>
          <w:color w:val="000000"/>
          <w:sz w:val="24"/>
          <w:lang w:val="ru-RU"/>
        </w:rPr>
        <w:t>МБОУ «</w:t>
      </w:r>
      <w:proofErr w:type="spellStart"/>
      <w:r w:rsidRPr="0029425A">
        <w:rPr>
          <w:rFonts w:ascii="Times New Roman" w:eastAsia="Times New Roman" w:hAnsi="Times New Roman"/>
          <w:color w:val="000000"/>
          <w:sz w:val="24"/>
          <w:lang w:val="ru-RU"/>
        </w:rPr>
        <w:t>Теньковская</w:t>
      </w:r>
      <w:proofErr w:type="spellEnd"/>
      <w:r w:rsidRPr="0029425A">
        <w:rPr>
          <w:rFonts w:ascii="Times New Roman" w:eastAsia="Times New Roman" w:hAnsi="Times New Roman"/>
          <w:color w:val="000000"/>
          <w:sz w:val="24"/>
          <w:lang w:val="ru-RU"/>
        </w:rPr>
        <w:t xml:space="preserve"> средняя общеобразовательная школа»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642"/>
        <w:gridCol w:w="3920"/>
        <w:gridCol w:w="2840"/>
      </w:tblGrid>
      <w:tr w:rsidR="0029425A" w14:paraId="3CF1A9E5" w14:textId="77777777" w:rsidTr="00FD1B55">
        <w:trPr>
          <w:trHeight w:hRule="exact" w:val="274"/>
        </w:trPr>
        <w:tc>
          <w:tcPr>
            <w:tcW w:w="2642" w:type="dxa"/>
            <w:tcMar>
              <w:left w:w="0" w:type="dxa"/>
              <w:right w:w="0" w:type="dxa"/>
            </w:tcMar>
          </w:tcPr>
          <w:p w14:paraId="2D103A86" w14:textId="77777777" w:rsidR="0029425A" w:rsidRDefault="0029425A" w:rsidP="0029425A">
            <w:pPr>
              <w:autoSpaceDE w:val="0"/>
              <w:autoSpaceDN w:val="0"/>
              <w:spacing w:before="48" w:after="0" w:line="240" w:lineRule="auto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РАССМОТРЕНО</w:t>
            </w:r>
          </w:p>
        </w:tc>
        <w:tc>
          <w:tcPr>
            <w:tcW w:w="3920" w:type="dxa"/>
            <w:tcMar>
              <w:left w:w="0" w:type="dxa"/>
              <w:right w:w="0" w:type="dxa"/>
            </w:tcMar>
          </w:tcPr>
          <w:p w14:paraId="62A1E146" w14:textId="77777777" w:rsidR="0029425A" w:rsidRDefault="0029425A" w:rsidP="0029425A">
            <w:pPr>
              <w:autoSpaceDE w:val="0"/>
              <w:autoSpaceDN w:val="0"/>
              <w:spacing w:before="48" w:after="0" w:line="240" w:lineRule="auto"/>
              <w:ind w:left="876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СОГЛАСОВАНО</w:t>
            </w:r>
          </w:p>
        </w:tc>
        <w:tc>
          <w:tcPr>
            <w:tcW w:w="2840" w:type="dxa"/>
            <w:tcMar>
              <w:left w:w="0" w:type="dxa"/>
              <w:right w:w="0" w:type="dxa"/>
            </w:tcMar>
          </w:tcPr>
          <w:p w14:paraId="774C15EA" w14:textId="77777777" w:rsidR="0029425A" w:rsidRDefault="0029425A" w:rsidP="0029425A">
            <w:pPr>
              <w:autoSpaceDE w:val="0"/>
              <w:autoSpaceDN w:val="0"/>
              <w:spacing w:before="48" w:after="0" w:line="240" w:lineRule="auto"/>
              <w:ind w:left="472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УТВЕРЖДЕНО</w:t>
            </w:r>
          </w:p>
        </w:tc>
      </w:tr>
      <w:tr w:rsidR="0029425A" w14:paraId="325D24D4" w14:textId="77777777" w:rsidTr="00FD1B55">
        <w:trPr>
          <w:trHeight w:hRule="exact" w:val="276"/>
        </w:trPr>
        <w:tc>
          <w:tcPr>
            <w:tcW w:w="2642" w:type="dxa"/>
            <w:tcMar>
              <w:left w:w="0" w:type="dxa"/>
              <w:right w:w="0" w:type="dxa"/>
            </w:tcMar>
          </w:tcPr>
          <w:p w14:paraId="1E0F81A6" w14:textId="77777777" w:rsidR="0029425A" w:rsidRDefault="0029425A" w:rsidP="0029425A">
            <w:pPr>
              <w:autoSpaceDE w:val="0"/>
              <w:autoSpaceDN w:val="0"/>
              <w:spacing w:after="0" w:line="240" w:lineRule="auto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Руководитель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ШМО</w:t>
            </w:r>
          </w:p>
        </w:tc>
        <w:tc>
          <w:tcPr>
            <w:tcW w:w="3920" w:type="dxa"/>
            <w:tcMar>
              <w:left w:w="0" w:type="dxa"/>
              <w:right w:w="0" w:type="dxa"/>
            </w:tcMar>
          </w:tcPr>
          <w:p w14:paraId="53ED6D68" w14:textId="77777777" w:rsidR="0029425A" w:rsidRDefault="0029425A" w:rsidP="0029425A">
            <w:pPr>
              <w:autoSpaceDE w:val="0"/>
              <w:autoSpaceDN w:val="0"/>
              <w:spacing w:after="0" w:line="240" w:lineRule="auto"/>
              <w:ind w:left="876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Заместитель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директора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УР</w:t>
            </w:r>
          </w:p>
        </w:tc>
        <w:tc>
          <w:tcPr>
            <w:tcW w:w="2840" w:type="dxa"/>
            <w:tcMar>
              <w:left w:w="0" w:type="dxa"/>
              <w:right w:w="0" w:type="dxa"/>
            </w:tcMar>
          </w:tcPr>
          <w:p w14:paraId="568B2026" w14:textId="77777777" w:rsidR="0029425A" w:rsidRDefault="0029425A" w:rsidP="0029425A">
            <w:pPr>
              <w:autoSpaceDE w:val="0"/>
              <w:autoSpaceDN w:val="0"/>
              <w:spacing w:after="0" w:line="240" w:lineRule="auto"/>
              <w:ind w:left="4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Директор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школы</w:t>
            </w:r>
            <w:proofErr w:type="spellEnd"/>
          </w:p>
        </w:tc>
      </w:tr>
    </w:tbl>
    <w:p w14:paraId="3A5A9662" w14:textId="77777777" w:rsidR="0029425A" w:rsidRDefault="0029425A" w:rsidP="0029425A">
      <w:pPr>
        <w:autoSpaceDE w:val="0"/>
        <w:autoSpaceDN w:val="0"/>
        <w:spacing w:after="0" w:line="240" w:lineRule="auto"/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082"/>
        <w:gridCol w:w="3660"/>
        <w:gridCol w:w="3220"/>
      </w:tblGrid>
      <w:tr w:rsidR="0029425A" w14:paraId="3C76C046" w14:textId="77777777" w:rsidTr="00FD1B55">
        <w:trPr>
          <w:trHeight w:hRule="exact" w:val="362"/>
        </w:trPr>
        <w:tc>
          <w:tcPr>
            <w:tcW w:w="3082" w:type="dxa"/>
            <w:tcMar>
              <w:left w:w="0" w:type="dxa"/>
              <w:right w:w="0" w:type="dxa"/>
            </w:tcMar>
          </w:tcPr>
          <w:p w14:paraId="4047FE60" w14:textId="77777777" w:rsidR="0029425A" w:rsidRDefault="0029425A" w:rsidP="0029425A">
            <w:pPr>
              <w:autoSpaceDE w:val="0"/>
              <w:autoSpaceDN w:val="0"/>
              <w:spacing w:before="60" w:after="0" w:line="240" w:lineRule="auto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______________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Коржова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И.П.</w:t>
            </w:r>
          </w:p>
        </w:tc>
        <w:tc>
          <w:tcPr>
            <w:tcW w:w="3660" w:type="dxa"/>
            <w:tcMar>
              <w:left w:w="0" w:type="dxa"/>
              <w:right w:w="0" w:type="dxa"/>
            </w:tcMar>
          </w:tcPr>
          <w:p w14:paraId="24F67B5F" w14:textId="77777777" w:rsidR="0029425A" w:rsidRDefault="0029425A" w:rsidP="0029425A">
            <w:pPr>
              <w:autoSpaceDE w:val="0"/>
              <w:autoSpaceDN w:val="0"/>
              <w:spacing w:before="60" w:after="0" w:line="240" w:lineRule="auto"/>
              <w:ind w:left="436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______________Назарычева М.А.</w:t>
            </w:r>
          </w:p>
        </w:tc>
        <w:tc>
          <w:tcPr>
            <w:tcW w:w="3220" w:type="dxa"/>
            <w:tcMar>
              <w:left w:w="0" w:type="dxa"/>
              <w:right w:w="0" w:type="dxa"/>
            </w:tcMar>
          </w:tcPr>
          <w:p w14:paraId="1EE7C4D4" w14:textId="77777777" w:rsidR="0029425A" w:rsidRDefault="0029425A" w:rsidP="0029425A">
            <w:pPr>
              <w:autoSpaceDE w:val="0"/>
              <w:autoSpaceDN w:val="0"/>
              <w:spacing w:before="60" w:after="0" w:line="24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______________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Акутина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Л.И.</w:t>
            </w:r>
          </w:p>
        </w:tc>
      </w:tr>
      <w:tr w:rsidR="0029425A" w14:paraId="313BECFB" w14:textId="77777777" w:rsidTr="00FD1B55">
        <w:trPr>
          <w:trHeight w:hRule="exact" w:val="420"/>
        </w:trPr>
        <w:tc>
          <w:tcPr>
            <w:tcW w:w="3082" w:type="dxa"/>
            <w:tcMar>
              <w:left w:w="0" w:type="dxa"/>
              <w:right w:w="0" w:type="dxa"/>
            </w:tcMar>
          </w:tcPr>
          <w:p w14:paraId="32BB0D4E" w14:textId="77777777" w:rsidR="0029425A" w:rsidRDefault="0029425A" w:rsidP="0029425A">
            <w:pPr>
              <w:autoSpaceDE w:val="0"/>
              <w:autoSpaceDN w:val="0"/>
              <w:spacing w:before="106" w:after="0" w:line="240" w:lineRule="auto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Протокол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№1</w:t>
            </w:r>
          </w:p>
        </w:tc>
        <w:tc>
          <w:tcPr>
            <w:tcW w:w="3660" w:type="dxa"/>
            <w:tcMar>
              <w:left w:w="0" w:type="dxa"/>
              <w:right w:w="0" w:type="dxa"/>
            </w:tcMar>
          </w:tcPr>
          <w:p w14:paraId="4CFA34F0" w14:textId="77777777" w:rsidR="0029425A" w:rsidRDefault="0029425A" w:rsidP="0029425A">
            <w:pPr>
              <w:autoSpaceDE w:val="0"/>
              <w:autoSpaceDN w:val="0"/>
              <w:spacing w:before="106" w:after="0" w:line="240" w:lineRule="auto"/>
              <w:ind w:left="436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Протокол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№1</w:t>
            </w:r>
          </w:p>
        </w:tc>
        <w:tc>
          <w:tcPr>
            <w:tcW w:w="3220" w:type="dxa"/>
            <w:tcMar>
              <w:left w:w="0" w:type="dxa"/>
              <w:right w:w="0" w:type="dxa"/>
            </w:tcMar>
          </w:tcPr>
          <w:p w14:paraId="35CDBF98" w14:textId="2C79B57E" w:rsidR="0029425A" w:rsidRDefault="0029425A" w:rsidP="0029425A">
            <w:pPr>
              <w:autoSpaceDE w:val="0"/>
              <w:autoSpaceDN w:val="0"/>
              <w:spacing w:before="106" w:after="0" w:line="240" w:lineRule="auto"/>
              <w:ind w:left="29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Приказ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№</w:t>
            </w:r>
            <w:r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96</w:t>
            </w:r>
          </w:p>
        </w:tc>
      </w:tr>
      <w:tr w:rsidR="0029425A" w14:paraId="6FD28A4A" w14:textId="77777777" w:rsidTr="00FD1B55">
        <w:trPr>
          <w:trHeight w:hRule="exact" w:val="380"/>
        </w:trPr>
        <w:tc>
          <w:tcPr>
            <w:tcW w:w="3082" w:type="dxa"/>
            <w:tcMar>
              <w:left w:w="0" w:type="dxa"/>
              <w:right w:w="0" w:type="dxa"/>
            </w:tcMar>
          </w:tcPr>
          <w:p w14:paraId="62FF2CF4" w14:textId="543468E8" w:rsidR="0029425A" w:rsidRDefault="0029425A" w:rsidP="0029425A">
            <w:pPr>
              <w:autoSpaceDE w:val="0"/>
              <w:autoSpaceDN w:val="0"/>
              <w:spacing w:before="94" w:after="0" w:line="240" w:lineRule="auto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от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"20" 08</w:t>
            </w:r>
            <w:r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2022 г.</w:t>
            </w:r>
          </w:p>
        </w:tc>
        <w:tc>
          <w:tcPr>
            <w:tcW w:w="3660" w:type="dxa"/>
            <w:tcMar>
              <w:left w:w="0" w:type="dxa"/>
              <w:right w:w="0" w:type="dxa"/>
            </w:tcMar>
          </w:tcPr>
          <w:p w14:paraId="726C6953" w14:textId="4839B3A5" w:rsidR="0029425A" w:rsidRDefault="0029425A" w:rsidP="0029425A">
            <w:pPr>
              <w:autoSpaceDE w:val="0"/>
              <w:autoSpaceDN w:val="0"/>
              <w:spacing w:before="94" w:after="0" w:line="240" w:lineRule="auto"/>
              <w:ind w:left="436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от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"20" 08</w:t>
            </w:r>
            <w:r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2022 г.</w:t>
            </w:r>
          </w:p>
        </w:tc>
        <w:tc>
          <w:tcPr>
            <w:tcW w:w="3220" w:type="dxa"/>
            <w:tcMar>
              <w:left w:w="0" w:type="dxa"/>
              <w:right w:w="0" w:type="dxa"/>
            </w:tcMar>
          </w:tcPr>
          <w:p w14:paraId="44118971" w14:textId="79A966B7" w:rsidR="0029425A" w:rsidRDefault="0029425A" w:rsidP="0029425A">
            <w:pPr>
              <w:autoSpaceDE w:val="0"/>
              <w:autoSpaceDN w:val="0"/>
              <w:spacing w:before="94" w:after="0" w:line="240" w:lineRule="auto"/>
              <w:ind w:left="29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от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 xml:space="preserve"> "20" 08</w:t>
            </w:r>
            <w:r>
              <w:rPr>
                <w:rFonts w:ascii="Times New Roman" w:eastAsia="Times New Roman" w:hAnsi="Times New Roman"/>
                <w:color w:val="000000"/>
                <w:w w:val="102"/>
                <w:sz w:val="20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102"/>
                <w:sz w:val="20"/>
              </w:rPr>
              <w:t>2022 г.</w:t>
            </w:r>
          </w:p>
        </w:tc>
      </w:tr>
    </w:tbl>
    <w:p w14:paraId="7B103BB4" w14:textId="342101A8" w:rsidR="0029425A" w:rsidRDefault="0029425A" w:rsidP="0029425A">
      <w:pPr>
        <w:autoSpaceDE w:val="0"/>
        <w:autoSpaceDN w:val="0"/>
        <w:spacing w:before="978" w:after="0" w:line="240" w:lineRule="auto"/>
        <w:ind w:right="3652"/>
        <w:jc w:val="center"/>
      </w:pPr>
      <w:r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                                        </w:t>
      </w:r>
      <w:r>
        <w:rPr>
          <w:rFonts w:ascii="Times New Roman" w:eastAsia="Times New Roman" w:hAnsi="Times New Roman"/>
          <w:b/>
          <w:color w:val="000000"/>
          <w:sz w:val="24"/>
        </w:rPr>
        <w:t>РАБОЧАЯ</w:t>
      </w:r>
      <w:r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</w:t>
      </w:r>
      <w:r>
        <w:rPr>
          <w:rFonts w:ascii="Times New Roman" w:eastAsia="Times New Roman" w:hAnsi="Times New Roman"/>
          <w:b/>
          <w:color w:val="000000"/>
          <w:sz w:val="24"/>
        </w:rPr>
        <w:t>ПРОГРАММА</w:t>
      </w:r>
    </w:p>
    <w:p w14:paraId="3C1F179E" w14:textId="7B07F74C" w:rsidR="0029425A" w:rsidRDefault="0029425A" w:rsidP="0029425A">
      <w:pPr>
        <w:autoSpaceDE w:val="0"/>
        <w:autoSpaceDN w:val="0"/>
        <w:spacing w:before="166" w:after="0" w:line="240" w:lineRule="auto"/>
        <w:ind w:right="4024"/>
        <w:jc w:val="center"/>
        <w:rPr>
          <w:lang w:val="ru-RU"/>
        </w:rPr>
      </w:pPr>
      <w:r>
        <w:rPr>
          <w:rFonts w:ascii="Times New Roman" w:eastAsia="Times New Roman" w:hAnsi="Times New Roman"/>
          <w:color w:val="000000"/>
          <w:sz w:val="24"/>
          <w:lang w:val="ru-RU"/>
        </w:rPr>
        <w:t xml:space="preserve">                          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учебного</w:t>
      </w:r>
      <w:proofErr w:type="spellEnd"/>
      <w:r>
        <w:rPr>
          <w:rFonts w:ascii="Times New Roman" w:eastAsia="Times New Roman" w:hAnsi="Times New Roman"/>
          <w:color w:val="000000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предмета</w:t>
      </w:r>
      <w:proofErr w:type="spellEnd"/>
      <w:r>
        <w:rPr>
          <w:rFonts w:ascii="Times New Roman" w:eastAsia="Times New Roman" w:hAnsi="Times New Roman"/>
          <w:color w:val="000000"/>
          <w:sz w:val="24"/>
          <w:lang w:val="ru-RU"/>
        </w:rPr>
        <w:t xml:space="preserve"> «МУЗЫКА»</w:t>
      </w:r>
    </w:p>
    <w:p w14:paraId="3A273FDF" w14:textId="3A362720" w:rsidR="0029425A" w:rsidRPr="0029425A" w:rsidRDefault="0029425A" w:rsidP="0029425A">
      <w:pPr>
        <w:autoSpaceDE w:val="0"/>
        <w:autoSpaceDN w:val="0"/>
        <w:spacing w:before="166" w:after="0" w:line="240" w:lineRule="auto"/>
        <w:ind w:right="4024"/>
        <w:jc w:val="center"/>
        <w:rPr>
          <w:lang w:val="ru-RU"/>
        </w:rPr>
      </w:pPr>
      <w:r>
        <w:rPr>
          <w:rFonts w:ascii="Times New Roman" w:eastAsia="Times New Roman" w:hAnsi="Times New Roman"/>
          <w:color w:val="000000"/>
          <w:sz w:val="24"/>
          <w:lang w:val="ru-RU"/>
        </w:rPr>
        <w:t xml:space="preserve">                                                    </w:t>
      </w:r>
      <w:r w:rsidRPr="0029425A">
        <w:rPr>
          <w:rFonts w:ascii="Times New Roman" w:eastAsia="Times New Roman" w:hAnsi="Times New Roman"/>
          <w:color w:val="000000"/>
          <w:sz w:val="24"/>
          <w:lang w:val="ru-RU"/>
        </w:rPr>
        <w:t xml:space="preserve">для </w:t>
      </w:r>
      <w:r>
        <w:rPr>
          <w:rFonts w:ascii="Times New Roman" w:eastAsia="Times New Roman" w:hAnsi="Times New Roman"/>
          <w:color w:val="000000"/>
          <w:sz w:val="24"/>
          <w:lang w:val="ru-RU"/>
        </w:rPr>
        <w:t>5</w:t>
      </w:r>
      <w:r w:rsidRPr="0029425A">
        <w:rPr>
          <w:rFonts w:ascii="Times New Roman" w:eastAsia="Times New Roman" w:hAnsi="Times New Roman"/>
          <w:color w:val="000000"/>
          <w:sz w:val="24"/>
          <w:lang w:val="ru-RU"/>
        </w:rPr>
        <w:t xml:space="preserve"> класса</w:t>
      </w:r>
    </w:p>
    <w:p w14:paraId="0ECA1B0B" w14:textId="76044488" w:rsidR="0029425A" w:rsidRPr="0029425A" w:rsidRDefault="0029425A" w:rsidP="0029425A">
      <w:pPr>
        <w:autoSpaceDE w:val="0"/>
        <w:autoSpaceDN w:val="0"/>
        <w:spacing w:before="70" w:after="0" w:line="240" w:lineRule="auto"/>
        <w:ind w:right="3622"/>
        <w:jc w:val="center"/>
        <w:rPr>
          <w:lang w:val="ru-RU"/>
        </w:rPr>
      </w:pPr>
      <w:r>
        <w:rPr>
          <w:rFonts w:ascii="Times New Roman" w:eastAsia="Times New Roman" w:hAnsi="Times New Roman"/>
          <w:color w:val="000000"/>
          <w:sz w:val="24"/>
          <w:lang w:val="ru-RU"/>
        </w:rPr>
        <w:t xml:space="preserve">                                          </w:t>
      </w:r>
      <w:r w:rsidRPr="0029425A">
        <w:rPr>
          <w:rFonts w:ascii="Times New Roman" w:eastAsia="Times New Roman" w:hAnsi="Times New Roman"/>
          <w:color w:val="000000"/>
          <w:sz w:val="24"/>
          <w:lang w:val="ru-RU"/>
        </w:rPr>
        <w:t>на 2022-2023 учебный год</w:t>
      </w:r>
    </w:p>
    <w:p w14:paraId="65DE15D5" w14:textId="77777777" w:rsidR="00F62BF9" w:rsidRPr="0029425A" w:rsidRDefault="00F62BF9" w:rsidP="0029425A">
      <w:pPr>
        <w:autoSpaceDE w:val="0"/>
        <w:autoSpaceDN w:val="0"/>
        <w:spacing w:after="78" w:line="240" w:lineRule="auto"/>
        <w:jc w:val="center"/>
        <w:rPr>
          <w:lang w:val="ru-RU"/>
        </w:rPr>
      </w:pPr>
    </w:p>
    <w:p w14:paraId="77AFAA0B" w14:textId="77777777" w:rsidR="00F62BF9" w:rsidRPr="0029425A" w:rsidRDefault="00F62BF9">
      <w:pPr>
        <w:rPr>
          <w:lang w:val="ru-RU"/>
        </w:rPr>
        <w:sectPr w:rsidR="00F62BF9" w:rsidRPr="0029425A" w:rsidSect="0029425A">
          <w:pgSz w:w="11900" w:h="16840"/>
          <w:pgMar w:top="658" w:right="1440" w:bottom="1440" w:left="1440" w:header="720" w:footer="720" w:gutter="0"/>
          <w:cols w:space="720" w:equalWidth="0">
            <w:col w:w="9020" w:space="0"/>
          </w:cols>
          <w:docGrid w:linePitch="360"/>
        </w:sectPr>
      </w:pPr>
    </w:p>
    <w:p w14:paraId="291B6B0C" w14:textId="77777777" w:rsidR="00F62BF9" w:rsidRPr="0029425A" w:rsidRDefault="00F62BF9">
      <w:pPr>
        <w:autoSpaceDE w:val="0"/>
        <w:autoSpaceDN w:val="0"/>
        <w:spacing w:after="78" w:line="220" w:lineRule="exact"/>
        <w:rPr>
          <w:lang w:val="ru-RU"/>
        </w:rPr>
      </w:pPr>
    </w:p>
    <w:p w14:paraId="1BE6795D" w14:textId="77777777" w:rsidR="00F62BF9" w:rsidRPr="0029425A" w:rsidRDefault="001E1C4C" w:rsidP="0029425A">
      <w:pPr>
        <w:autoSpaceDE w:val="0"/>
        <w:autoSpaceDN w:val="0"/>
        <w:spacing w:after="0" w:line="230" w:lineRule="auto"/>
        <w:jc w:val="center"/>
        <w:rPr>
          <w:lang w:val="ru-RU"/>
        </w:rPr>
      </w:pPr>
      <w:r w:rsidRPr="0029425A">
        <w:rPr>
          <w:rFonts w:ascii="Times New Roman" w:eastAsia="Times New Roman" w:hAnsi="Times New Roman"/>
          <w:b/>
          <w:color w:val="000000"/>
          <w:sz w:val="24"/>
          <w:lang w:val="ru-RU"/>
        </w:rPr>
        <w:t>ПОЯСНИТЕЛЬНАЯ ЗАПИСКА</w:t>
      </w:r>
    </w:p>
    <w:p w14:paraId="73CA9BA1" w14:textId="77777777" w:rsidR="00F62BF9" w:rsidRPr="00186E8C" w:rsidRDefault="001E1C4C" w:rsidP="0029425A">
      <w:pPr>
        <w:autoSpaceDE w:val="0"/>
        <w:autoSpaceDN w:val="0"/>
        <w:spacing w:before="346" w:after="0" w:line="281" w:lineRule="auto"/>
        <w:ind w:firstLine="180"/>
        <w:jc w:val="both"/>
        <w:rPr>
          <w:lang w:val="ru-RU"/>
        </w:rPr>
      </w:pP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Рабочая программа по предмету «Музыка» на уровне 5 класса основного общего образования 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составлена на основе Требований к результатам освоения программы основного общего образования, представленных в Федеральном государственном образовательном стандарте основного общего образования, с учётом распределённых по модулям проверяемых требований к 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результатам освоения основной образовательной программы основного общего образования по предмету «Музыка», Примерной программы воспитания.</w:t>
      </w:r>
    </w:p>
    <w:p w14:paraId="3EC16E31" w14:textId="77777777" w:rsidR="00F62BF9" w:rsidRPr="00186E8C" w:rsidRDefault="001E1C4C" w:rsidP="0029425A">
      <w:pPr>
        <w:autoSpaceDE w:val="0"/>
        <w:autoSpaceDN w:val="0"/>
        <w:spacing w:before="262" w:after="0" w:line="230" w:lineRule="auto"/>
        <w:jc w:val="center"/>
        <w:rPr>
          <w:lang w:val="ru-RU"/>
        </w:rPr>
      </w:pPr>
      <w:r w:rsidRPr="00186E8C">
        <w:rPr>
          <w:rFonts w:ascii="Times New Roman" w:eastAsia="Times New Roman" w:hAnsi="Times New Roman"/>
          <w:b/>
          <w:color w:val="000000"/>
          <w:sz w:val="24"/>
          <w:lang w:val="ru-RU"/>
        </w:rPr>
        <w:t>ОБЩАЯ ХАРАКТЕРИСТИКА УЧЕБНОГО ПРЕДМЕТА «МУЗЫКА»</w:t>
      </w:r>
    </w:p>
    <w:p w14:paraId="1DAD2DA3" w14:textId="77777777" w:rsidR="00F62BF9" w:rsidRPr="00186E8C" w:rsidRDefault="001E1C4C" w:rsidP="0029425A">
      <w:pPr>
        <w:autoSpaceDE w:val="0"/>
        <w:autoSpaceDN w:val="0"/>
        <w:spacing w:before="168" w:after="0" w:line="286" w:lineRule="auto"/>
        <w:ind w:right="288" w:firstLine="180"/>
        <w:jc w:val="both"/>
        <w:rPr>
          <w:lang w:val="ru-RU"/>
        </w:rPr>
      </w:pP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Музыка — универсальный антропологический феномен, неизменно присутств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ующий во всех культурах и цивилизациях на протяжении всей истории человечества. Используя интонационно-выразительные средства, она способна порождать эстетические эмоции, разнообразные чувства и мысли, яркие художественные образы, для которых характерны, с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 одной стороны, высокий уровень обобщённости, с другой — глубокая степень психологической вовлечённости личности. Эта особенность открывает уникальный потенциал для развития внутреннего мира человека,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гармонизации его взаимоотношений с самим собой, другим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и людьми, окружающим миром через занятия музыкальным искусством.</w:t>
      </w:r>
    </w:p>
    <w:p w14:paraId="17BC85E8" w14:textId="77777777" w:rsidR="00F62BF9" w:rsidRPr="00186E8C" w:rsidRDefault="001E1C4C" w:rsidP="0029425A">
      <w:pPr>
        <w:autoSpaceDE w:val="0"/>
        <w:autoSpaceDN w:val="0"/>
        <w:spacing w:before="70" w:after="0" w:line="281" w:lineRule="auto"/>
        <w:ind w:right="288" w:firstLine="180"/>
        <w:jc w:val="both"/>
        <w:rPr>
          <w:lang w:val="ru-RU"/>
        </w:rPr>
      </w:pP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Музыка действует на невербальном уровне и развивает такие важнейшие качества и свойства, как целостное восприятие мира, интуиция, сопереживание, содержательная рефлексия. Огромное значение им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еет музыка в качестве универсального языка, не требующего перевода, позволяющего понимать и принимать образ жизни, способ мышления и мировоззрение представителей других народов и культур.</w:t>
      </w:r>
    </w:p>
    <w:p w14:paraId="3669D7E5" w14:textId="77777777" w:rsidR="00F62BF9" w:rsidRPr="00186E8C" w:rsidRDefault="001E1C4C" w:rsidP="0029425A">
      <w:pPr>
        <w:autoSpaceDE w:val="0"/>
        <w:autoSpaceDN w:val="0"/>
        <w:spacing w:before="70" w:after="0" w:line="286" w:lineRule="auto"/>
        <w:ind w:firstLine="180"/>
        <w:jc w:val="both"/>
        <w:rPr>
          <w:lang w:val="ru-RU"/>
        </w:rPr>
      </w:pP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Музыка, являясь эффективным способом коммуникации, обеспечивает межл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ичностное и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социальное взаимодействие людей, в том числе является средством сохранения и передачи идей и смыслов, рождённых в предыдущие века и отражённых в народной, духовной музыке, произведениях великих композиторов прошлого. Особое значение приобретае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т музыкальное воспитание в свете целей и задач укрепления национальной идентичности. Родные интонации, мелодии и ритмы являются квинтэссенцией культурного кода, сохраняющего в свёрнутом виде всю систему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мировоззрения предков, передаваемую музыкой не тольк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о через сознание, но и на более глубоком —подсознательном — уровне.</w:t>
      </w:r>
    </w:p>
    <w:p w14:paraId="158C3207" w14:textId="6F18271B" w:rsidR="00F62BF9" w:rsidRPr="00186E8C" w:rsidRDefault="001E1C4C" w:rsidP="0029425A">
      <w:pPr>
        <w:autoSpaceDE w:val="0"/>
        <w:autoSpaceDN w:val="0"/>
        <w:spacing w:before="72" w:after="0"/>
        <w:ind w:right="144" w:firstLine="180"/>
        <w:jc w:val="both"/>
        <w:rPr>
          <w:lang w:val="ru-RU"/>
        </w:rPr>
      </w:pP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Музыка — временн</w:t>
      </w:r>
      <w:r w:rsidR="0029425A">
        <w:rPr>
          <w:rFonts w:ascii="Times New Roman" w:eastAsia="Times New Roman" w:hAnsi="Times New Roman"/>
          <w:color w:val="000000"/>
          <w:sz w:val="24"/>
          <w:lang w:val="ru-RU"/>
        </w:rPr>
        <w:t>о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е искусство. В связи с этим важнейшим вкладом в развитие комплекса психических качеств личности является способность музыки развивать чувство времени, чуткость к распознав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анию причинно-следственных связей и логики развития событий, </w:t>
      </w:r>
      <w:proofErr w:type="spellStart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обогощать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индивидуальный опыт в предвидении будущего и его сравнении с прошлым.</w:t>
      </w:r>
    </w:p>
    <w:p w14:paraId="3E67F51C" w14:textId="77777777" w:rsidR="00F62BF9" w:rsidRPr="00186E8C" w:rsidRDefault="001E1C4C" w:rsidP="0029425A">
      <w:pPr>
        <w:autoSpaceDE w:val="0"/>
        <w:autoSpaceDN w:val="0"/>
        <w:spacing w:before="70" w:after="0" w:line="281" w:lineRule="auto"/>
        <w:ind w:firstLine="180"/>
        <w:jc w:val="both"/>
        <w:rPr>
          <w:lang w:val="ru-RU"/>
        </w:rPr>
      </w:pP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Музыка обеспечивает развитие интеллектуальных и творческих способностей ребёнка, развивает его абстрактное мышлени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е, память и воображение, формирует умения и навыки в сфере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эмоционального интеллекта, способствует самореализации и </w:t>
      </w:r>
      <w:proofErr w:type="spellStart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самопринятию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 личности. Таким образом музыкальное обучение и воспитание вносит огромный вклад в эстетическое и нравственное развитие ребёнка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, формирование всей системы ценностей.</w:t>
      </w:r>
    </w:p>
    <w:p w14:paraId="464A2295" w14:textId="77777777" w:rsidR="001E1C4C" w:rsidRDefault="001E1C4C" w:rsidP="001E1C4C">
      <w:pPr>
        <w:tabs>
          <w:tab w:val="left" w:pos="180"/>
        </w:tabs>
        <w:autoSpaceDE w:val="0"/>
        <w:autoSpaceDN w:val="0"/>
        <w:spacing w:before="70" w:after="0" w:line="283" w:lineRule="auto"/>
        <w:ind w:right="144"/>
        <w:jc w:val="both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Рабочая программа позволит учителю: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1) реализовать в процессе преподавания музыки современные подходы к формированию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личностных, метапредметных и предметных результатов обучения, сформулированных в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Федеральном государственном образовательном стандарте основного общего образования; </w:t>
      </w:r>
      <w:r w:rsidRPr="00186E8C">
        <w:rPr>
          <w:lang w:val="ru-RU"/>
        </w:rPr>
        <w:tab/>
      </w:r>
    </w:p>
    <w:p w14:paraId="35330059" w14:textId="4DEADDC1" w:rsidR="00F62BF9" w:rsidRPr="00186E8C" w:rsidRDefault="001E1C4C" w:rsidP="001E1C4C">
      <w:pPr>
        <w:tabs>
          <w:tab w:val="left" w:pos="180"/>
        </w:tabs>
        <w:autoSpaceDE w:val="0"/>
        <w:autoSpaceDN w:val="0"/>
        <w:spacing w:before="70" w:after="0" w:line="283" w:lineRule="auto"/>
        <w:ind w:right="144"/>
        <w:jc w:val="both"/>
        <w:rPr>
          <w:lang w:val="ru-RU"/>
        </w:rPr>
      </w:pP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2) определить и структурировать планируемые результаты обучения и содержание учебного предмета «Музыка» по годам обучения в соответствии с ФГОС ООО (утв. приказом Министер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ства образования и науки РФ от 17 декабря 2010 г. № 1897, с изменениями и дополнениями от 29 декабря</w:t>
      </w:r>
    </w:p>
    <w:p w14:paraId="00A1339F" w14:textId="77777777" w:rsidR="00F62BF9" w:rsidRPr="00186E8C" w:rsidRDefault="00F62BF9" w:rsidP="001E1C4C">
      <w:pPr>
        <w:jc w:val="both"/>
        <w:rPr>
          <w:lang w:val="ru-RU"/>
        </w:rPr>
        <w:sectPr w:rsidR="00F62BF9" w:rsidRPr="00186E8C">
          <w:pgSz w:w="11900" w:h="16840"/>
          <w:pgMar w:top="298" w:right="650" w:bottom="312" w:left="666" w:header="720" w:footer="720" w:gutter="0"/>
          <w:cols w:space="720" w:equalWidth="0">
            <w:col w:w="10584" w:space="0"/>
          </w:cols>
          <w:docGrid w:linePitch="360"/>
        </w:sectPr>
      </w:pPr>
    </w:p>
    <w:p w14:paraId="434613B5" w14:textId="77777777" w:rsidR="00F62BF9" w:rsidRPr="00186E8C" w:rsidRDefault="00F62BF9" w:rsidP="001E1C4C">
      <w:pPr>
        <w:autoSpaceDE w:val="0"/>
        <w:autoSpaceDN w:val="0"/>
        <w:spacing w:after="72" w:line="220" w:lineRule="exact"/>
        <w:jc w:val="both"/>
        <w:rPr>
          <w:lang w:val="ru-RU"/>
        </w:rPr>
      </w:pPr>
    </w:p>
    <w:p w14:paraId="726EE264" w14:textId="77777777" w:rsidR="00F62BF9" w:rsidRPr="00186E8C" w:rsidRDefault="001E1C4C" w:rsidP="001E1C4C">
      <w:pPr>
        <w:tabs>
          <w:tab w:val="left" w:pos="180"/>
        </w:tabs>
        <w:autoSpaceDE w:val="0"/>
        <w:autoSpaceDN w:val="0"/>
        <w:spacing w:after="0" w:line="286" w:lineRule="auto"/>
        <w:jc w:val="both"/>
        <w:rPr>
          <w:lang w:val="ru-RU"/>
        </w:rPr>
      </w:pP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2014 г., 31 декабря 2015 г., 11 декабря 2020 г.); Примерной основной образовательной программой основного общего образования (в ред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акции протокола № 1/20 от 04.02.2020 Федерального учебно-методического объединения по общему образованию); Примерной программой воспитания (одобрена решением Федерального учебно-методического объединения по общему образованию, протокол от 2 июня 2020 г. №2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/20);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3) разработать календарно-тематическое планирование с учётом особенностей конкретного региона, образовательного учреждения, класса, используя рекомендованное в рабочей программе примерное распределение учебного времени на изучение определённого раз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дела/темы, а также предложенные основные виды учебной деятельности для освоения учебного материала.</w:t>
      </w:r>
    </w:p>
    <w:p w14:paraId="22F00141" w14:textId="77777777" w:rsidR="00F62BF9" w:rsidRPr="00186E8C" w:rsidRDefault="001E1C4C">
      <w:pPr>
        <w:autoSpaceDE w:val="0"/>
        <w:autoSpaceDN w:val="0"/>
        <w:spacing w:before="264" w:after="0" w:line="230" w:lineRule="auto"/>
        <w:rPr>
          <w:lang w:val="ru-RU"/>
        </w:rPr>
      </w:pPr>
      <w:r w:rsidRPr="00186E8C">
        <w:rPr>
          <w:rFonts w:ascii="Times New Roman" w:eastAsia="Times New Roman" w:hAnsi="Times New Roman"/>
          <w:b/>
          <w:color w:val="000000"/>
          <w:sz w:val="24"/>
          <w:lang w:val="ru-RU"/>
        </w:rPr>
        <w:t>ЦЕЛИ И ЗАДАЧИ ИЗУЧЕНИЯ УЧЕБНОГО ПРЕДМЕТА «МУЗЫКА»</w:t>
      </w:r>
    </w:p>
    <w:p w14:paraId="6C6CD5E1" w14:textId="77777777" w:rsidR="00F62BF9" w:rsidRPr="00186E8C" w:rsidRDefault="001E1C4C" w:rsidP="001E1C4C">
      <w:pPr>
        <w:autoSpaceDE w:val="0"/>
        <w:autoSpaceDN w:val="0"/>
        <w:spacing w:before="168" w:after="0"/>
        <w:ind w:right="144" w:firstLine="180"/>
        <w:jc w:val="both"/>
        <w:rPr>
          <w:lang w:val="ru-RU"/>
        </w:rPr>
      </w:pP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Музыка жизненно необходима для полноценного образования и воспитания ребёнка, развития его психики, эмоцио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нальной и интеллектуальной сфер, творческого потенциала. Признание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самоценности творческого развития человека, уникального вклада искусства в образование и воспитание делает неприменимыми критерии утилитарности.</w:t>
      </w:r>
    </w:p>
    <w:p w14:paraId="26560C94" w14:textId="77777777" w:rsidR="00F62BF9" w:rsidRPr="00186E8C" w:rsidRDefault="001E1C4C" w:rsidP="001E1C4C">
      <w:pPr>
        <w:autoSpaceDE w:val="0"/>
        <w:autoSpaceDN w:val="0"/>
        <w:spacing w:before="70" w:after="0" w:line="281" w:lineRule="auto"/>
        <w:ind w:right="144" w:firstLine="180"/>
        <w:jc w:val="both"/>
        <w:rPr>
          <w:lang w:val="ru-RU"/>
        </w:rPr>
      </w:pP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Основная цель реализации программы — воспит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ание музыкальной культуры как части всей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итуациями эстетического восприятия (постижение мира через переживание, интонационно-смысловое обобщение, содержательный анализ произведений, моделирование художественно-творческого процесса, самовыражение через творчество).</w:t>
      </w:r>
    </w:p>
    <w:p w14:paraId="4E2D5CB6" w14:textId="77777777" w:rsidR="00F62BF9" w:rsidRPr="00186E8C" w:rsidRDefault="001E1C4C" w:rsidP="001E1C4C">
      <w:pPr>
        <w:tabs>
          <w:tab w:val="left" w:pos="180"/>
        </w:tabs>
        <w:autoSpaceDE w:val="0"/>
        <w:autoSpaceDN w:val="0"/>
        <w:spacing w:before="70" w:after="0" w:line="286" w:lineRule="auto"/>
        <w:jc w:val="both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В процессе конкретизации учебны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х целей их реализация осуществляется по следующим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направлениям: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1) становление системы ценностей обучающихся, развитие целостного миропонимания в единстве эмоциональной и познавательной сферы;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2) развитие потребности в общении с произведениями искусст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ва, осознание значения музыкального искусства как универсальной формы невербальной коммуникации между людьми разных эпох и народов, эффективного способа </w:t>
      </w:r>
      <w:proofErr w:type="spellStart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автокоммуникации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3) формирование творческих способностей ребёнка, развитие внутренней мотивации к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интонационно-содержательной деятельности.</w:t>
      </w:r>
    </w:p>
    <w:p w14:paraId="3D4A8EE1" w14:textId="77777777" w:rsidR="00F62BF9" w:rsidRPr="00186E8C" w:rsidRDefault="001E1C4C" w:rsidP="001E1C4C">
      <w:pPr>
        <w:tabs>
          <w:tab w:val="left" w:pos="180"/>
        </w:tabs>
        <w:autoSpaceDE w:val="0"/>
        <w:autoSpaceDN w:val="0"/>
        <w:spacing w:before="70" w:after="0" w:line="271" w:lineRule="auto"/>
        <w:ind w:right="288"/>
        <w:jc w:val="both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Важнейшими задачами изучения предмета «Музыка» в основной школе являются: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1.   Приобщение к общечеловеческим духовным ценностям через личный психологический опыт эмоционально-эстетического переживания.</w:t>
      </w:r>
    </w:p>
    <w:p w14:paraId="705822A1" w14:textId="77777777" w:rsidR="00F62BF9" w:rsidRPr="00186E8C" w:rsidRDefault="001E1C4C" w:rsidP="001E1C4C">
      <w:pPr>
        <w:autoSpaceDE w:val="0"/>
        <w:autoSpaceDN w:val="0"/>
        <w:spacing w:before="72" w:after="0" w:line="271" w:lineRule="auto"/>
        <w:ind w:right="288" w:firstLine="180"/>
        <w:jc w:val="both"/>
        <w:rPr>
          <w:lang w:val="ru-RU"/>
        </w:rPr>
      </w:pP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2.   Осоз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нание социальной функции музыки. Стремление понять закономерности развития музыкального искусства, условия разнообразного проявления и бытования музыки в человеческом обществе, специфики её воздействия на человека.</w:t>
      </w:r>
    </w:p>
    <w:p w14:paraId="003572FA" w14:textId="77777777" w:rsidR="00F62BF9" w:rsidRPr="00186E8C" w:rsidRDefault="001E1C4C" w:rsidP="001E1C4C">
      <w:pPr>
        <w:autoSpaceDE w:val="0"/>
        <w:autoSpaceDN w:val="0"/>
        <w:spacing w:before="70" w:after="0" w:line="271" w:lineRule="auto"/>
        <w:ind w:firstLine="180"/>
        <w:jc w:val="both"/>
        <w:rPr>
          <w:lang w:val="ru-RU"/>
        </w:rPr>
      </w:pP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3.   Формирование ценностных личных 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предпочтений в сфере музыкального искусства. Воспитание уважительного отношения к системе культурных ценностей других людей. Приверженность парадигме сохранения и развития культурного многообразия.</w:t>
      </w:r>
    </w:p>
    <w:p w14:paraId="1D88974C" w14:textId="77777777" w:rsidR="00F62BF9" w:rsidRPr="00186E8C" w:rsidRDefault="001E1C4C" w:rsidP="001E1C4C">
      <w:pPr>
        <w:autoSpaceDE w:val="0"/>
        <w:autoSpaceDN w:val="0"/>
        <w:spacing w:before="70" w:after="0" w:line="271" w:lineRule="auto"/>
        <w:ind w:right="288" w:firstLine="180"/>
        <w:jc w:val="both"/>
        <w:rPr>
          <w:lang w:val="ru-RU"/>
        </w:rPr>
      </w:pP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4.   Формирование целостного представления о комплексе выр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азительных средств музыкального искусства. Освоение ключевых элементов музыкального языка, характерных для различных музыкальных стилей.</w:t>
      </w:r>
    </w:p>
    <w:p w14:paraId="1C20F41D" w14:textId="77777777" w:rsidR="00F62BF9" w:rsidRPr="00186E8C" w:rsidRDefault="001E1C4C" w:rsidP="001E1C4C">
      <w:pPr>
        <w:tabs>
          <w:tab w:val="left" w:pos="180"/>
        </w:tabs>
        <w:autoSpaceDE w:val="0"/>
        <w:autoSpaceDN w:val="0"/>
        <w:spacing w:before="70" w:after="0" w:line="281" w:lineRule="auto"/>
        <w:ind w:right="144"/>
        <w:jc w:val="both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5.   Развитие общих и специальных музыкальных способностей, совершенствование в предметных умениях и навыках, в том чи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сле: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а) слушание (расширение приёмов и навыков вдумчивого, осмысленного восприятия музыки; аналитической, оценочной, рефлексивной деятельности в связи с прослушанным музыкальным произведением);</w:t>
      </w:r>
    </w:p>
    <w:p w14:paraId="3741B28F" w14:textId="77777777" w:rsidR="00F62BF9" w:rsidRPr="00186E8C" w:rsidRDefault="00F62BF9">
      <w:pPr>
        <w:rPr>
          <w:lang w:val="ru-RU"/>
        </w:rPr>
        <w:sectPr w:rsidR="00F62BF9" w:rsidRPr="00186E8C">
          <w:pgSz w:w="11900" w:h="16840"/>
          <w:pgMar w:top="292" w:right="692" w:bottom="288" w:left="666" w:header="720" w:footer="720" w:gutter="0"/>
          <w:cols w:space="720" w:equalWidth="0">
            <w:col w:w="10542" w:space="0"/>
          </w:cols>
          <w:docGrid w:linePitch="360"/>
        </w:sectPr>
      </w:pPr>
    </w:p>
    <w:p w14:paraId="6E6BF05D" w14:textId="77777777" w:rsidR="00F62BF9" w:rsidRPr="00186E8C" w:rsidRDefault="00F62BF9">
      <w:pPr>
        <w:autoSpaceDE w:val="0"/>
        <w:autoSpaceDN w:val="0"/>
        <w:spacing w:after="96" w:line="220" w:lineRule="exact"/>
        <w:rPr>
          <w:lang w:val="ru-RU"/>
        </w:rPr>
      </w:pPr>
    </w:p>
    <w:p w14:paraId="3DF10683" w14:textId="77777777" w:rsidR="00F62BF9" w:rsidRPr="00186E8C" w:rsidRDefault="001E1C4C" w:rsidP="001E1C4C">
      <w:pPr>
        <w:tabs>
          <w:tab w:val="left" w:pos="180"/>
        </w:tabs>
        <w:autoSpaceDE w:val="0"/>
        <w:autoSpaceDN w:val="0"/>
        <w:spacing w:after="0" w:line="286" w:lineRule="auto"/>
        <w:jc w:val="both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б) исполнение (пение в различных ма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нерах, составах, стилях; игра на доступных музыкальных инструментах, опыт исполнительской деятельности на электронных и виртуальных музыкальных инструментах);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в) сочинение (элементы вокальной и инструментальной импровизации, композиции, аранжировки, в то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м числе с использованием цифровых программных продуктов);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г) музыкальное движение (пластическое интонирование, инсценировка, танец, двигательное моделирование и др.);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д) творческие проекты, музыкально-театральная деятельность (концерты, фестивали,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пре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дставления);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е) исследовательская деятельность на материале музыкального искусства.</w:t>
      </w:r>
    </w:p>
    <w:p w14:paraId="6293AAA0" w14:textId="77777777" w:rsidR="00F62BF9" w:rsidRPr="00186E8C" w:rsidRDefault="001E1C4C" w:rsidP="001E1C4C">
      <w:pPr>
        <w:autoSpaceDE w:val="0"/>
        <w:autoSpaceDN w:val="0"/>
        <w:spacing w:before="72" w:after="0"/>
        <w:ind w:firstLine="180"/>
        <w:jc w:val="both"/>
        <w:rPr>
          <w:lang w:val="ru-RU"/>
        </w:rPr>
      </w:pP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6.   Расширение культурного кругозора, накопление знаний о музыке и музыкантах, достаточное для активного, осознанного восприятия лучших образцов народного и профессионал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ьного искусства родной страны и мира, ориентации в истории развития музыкального искусства и современной музыкальной культуре.</w:t>
      </w:r>
    </w:p>
    <w:p w14:paraId="5605B090" w14:textId="77777777" w:rsidR="00F62BF9" w:rsidRPr="00186E8C" w:rsidRDefault="001E1C4C" w:rsidP="001E1C4C">
      <w:pPr>
        <w:autoSpaceDE w:val="0"/>
        <w:autoSpaceDN w:val="0"/>
        <w:spacing w:before="70" w:after="0" w:line="271" w:lineRule="auto"/>
        <w:ind w:firstLine="180"/>
        <w:jc w:val="both"/>
        <w:rPr>
          <w:lang w:val="ru-RU"/>
        </w:rPr>
      </w:pP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Программа составлена на основе модульного принципа построения учебного материала и допускает вариативный подход к очерёдности изу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чения модулей, принципам компоновки учебных тем, форм и методов освоения содержания.</w:t>
      </w:r>
    </w:p>
    <w:p w14:paraId="3353687E" w14:textId="77777777" w:rsidR="00F62BF9" w:rsidRPr="00186E8C" w:rsidRDefault="001E1C4C" w:rsidP="001E1C4C">
      <w:pPr>
        <w:tabs>
          <w:tab w:val="left" w:pos="180"/>
        </w:tabs>
        <w:autoSpaceDE w:val="0"/>
        <w:autoSpaceDN w:val="0"/>
        <w:spacing w:before="70" w:after="0" w:line="288" w:lineRule="auto"/>
        <w:ind w:right="576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Содержание предмета «Музыка» структурно представлено девятью модулями (тематическими линиями), обеспечивающими преемственность с образовательной программой начального обр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азования и непрерывность изучения предмета и образовательной области «Искусство» на протяжении всего курса школьного обучения: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модуль № 1 «Музыка моего края»;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модуль № 2 «Народное музыкальное творчество России»;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модуль № 3 «Музыка народов мира»;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мо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дуль № 4 «Европейская классическая музыка»;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модуль № 5 «Русская классическая музыка»;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модуль № 6 «Истоки и образы русской и европейской духовной музыки»;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модуль № 7 «Современная музыка: основные жанры и направления»;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модуль № 8 «Связь музыки с друг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ими видами искусства»;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модуль № 9 «Жанры музыкального искусства».</w:t>
      </w:r>
    </w:p>
    <w:p w14:paraId="21DC7DFF" w14:textId="77777777" w:rsidR="00F62BF9" w:rsidRPr="00186E8C" w:rsidRDefault="001E1C4C">
      <w:pPr>
        <w:autoSpaceDE w:val="0"/>
        <w:autoSpaceDN w:val="0"/>
        <w:spacing w:before="264" w:after="0" w:line="230" w:lineRule="auto"/>
        <w:rPr>
          <w:lang w:val="ru-RU"/>
        </w:rPr>
      </w:pPr>
      <w:r w:rsidRPr="00186E8C">
        <w:rPr>
          <w:rFonts w:ascii="Times New Roman" w:eastAsia="Times New Roman" w:hAnsi="Times New Roman"/>
          <w:b/>
          <w:color w:val="000000"/>
          <w:sz w:val="24"/>
          <w:lang w:val="ru-RU"/>
        </w:rPr>
        <w:t>МЕСТО УЧЕБНОГО ПРЕДМЕТА «МУЗЫКА» В УЧЕБНОМ ПЛАНЕ</w:t>
      </w:r>
    </w:p>
    <w:p w14:paraId="22DA5969" w14:textId="77777777" w:rsidR="00F62BF9" w:rsidRPr="00186E8C" w:rsidRDefault="001E1C4C" w:rsidP="001E1C4C">
      <w:pPr>
        <w:autoSpaceDE w:val="0"/>
        <w:autoSpaceDN w:val="0"/>
        <w:spacing w:before="168" w:after="0" w:line="271" w:lineRule="auto"/>
        <w:ind w:right="144" w:firstLine="180"/>
        <w:jc w:val="both"/>
        <w:rPr>
          <w:lang w:val="ru-RU"/>
        </w:rPr>
      </w:pP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В соответствии с Федеральным государственным образовательным стандартом основного общего образования учебный предмет «Музыка» входит в пред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метную область «Искусство», является обязательным для изучения и преподаётся в основной школе с 5 по 8 класс включительно.</w:t>
      </w:r>
    </w:p>
    <w:p w14:paraId="2DA4C658" w14:textId="77777777" w:rsidR="00F62BF9" w:rsidRPr="00186E8C" w:rsidRDefault="001E1C4C" w:rsidP="001E1C4C">
      <w:pPr>
        <w:autoSpaceDE w:val="0"/>
        <w:autoSpaceDN w:val="0"/>
        <w:spacing w:before="70" w:after="0"/>
        <w:ind w:right="144" w:firstLine="180"/>
        <w:jc w:val="both"/>
        <w:rPr>
          <w:lang w:val="ru-RU"/>
        </w:rPr>
      </w:pP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Изучение предмета «Музыка» предполагает активную социокультурную деятельность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обучающихся, участие в исследовательских и творческих 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проектах, в том числе основанных на межпредметных связях с такими дисциплинами образовательной программы, как «Изобразительное искусство», «Литература», «География», «История», «Обществознание», «Иностранный язык» и др.</w:t>
      </w:r>
    </w:p>
    <w:p w14:paraId="2559F676" w14:textId="77777777" w:rsidR="00F62BF9" w:rsidRPr="00186E8C" w:rsidRDefault="001E1C4C" w:rsidP="001E1C4C">
      <w:pPr>
        <w:tabs>
          <w:tab w:val="left" w:pos="180"/>
        </w:tabs>
        <w:autoSpaceDE w:val="0"/>
        <w:autoSpaceDN w:val="0"/>
        <w:spacing w:before="190" w:after="0" w:line="262" w:lineRule="auto"/>
        <w:ind w:right="144"/>
        <w:jc w:val="both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Общее число часов, отведённых на из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учение предмета «Музыка» в 5 классе составляет 34 часа (не менее 1 часа в неделю).</w:t>
      </w:r>
    </w:p>
    <w:p w14:paraId="0750D434" w14:textId="77777777" w:rsidR="00F62BF9" w:rsidRPr="00186E8C" w:rsidRDefault="00F62BF9">
      <w:pPr>
        <w:rPr>
          <w:lang w:val="ru-RU"/>
        </w:rPr>
        <w:sectPr w:rsidR="00F62BF9" w:rsidRPr="00186E8C">
          <w:pgSz w:w="11900" w:h="16840"/>
          <w:pgMar w:top="316" w:right="682" w:bottom="1212" w:left="666" w:header="720" w:footer="720" w:gutter="0"/>
          <w:cols w:space="720" w:equalWidth="0">
            <w:col w:w="10552" w:space="0"/>
          </w:cols>
          <w:docGrid w:linePitch="360"/>
        </w:sectPr>
      </w:pPr>
    </w:p>
    <w:p w14:paraId="42E97F5F" w14:textId="77777777" w:rsidR="00F62BF9" w:rsidRPr="00186E8C" w:rsidRDefault="00F62BF9">
      <w:pPr>
        <w:autoSpaceDE w:val="0"/>
        <w:autoSpaceDN w:val="0"/>
        <w:spacing w:after="78" w:line="220" w:lineRule="exact"/>
        <w:rPr>
          <w:lang w:val="ru-RU"/>
        </w:rPr>
      </w:pPr>
    </w:p>
    <w:p w14:paraId="12C826FF" w14:textId="77777777" w:rsidR="00F62BF9" w:rsidRPr="00186E8C" w:rsidRDefault="001E1C4C">
      <w:pPr>
        <w:autoSpaceDE w:val="0"/>
        <w:autoSpaceDN w:val="0"/>
        <w:spacing w:after="0" w:line="230" w:lineRule="auto"/>
        <w:rPr>
          <w:lang w:val="ru-RU"/>
        </w:rPr>
      </w:pPr>
      <w:r w:rsidRPr="00186E8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СОДЕРЖАНИЕ УЧЕБНОГО ПРЕДМЕТА </w:t>
      </w:r>
    </w:p>
    <w:p w14:paraId="238CC30E" w14:textId="77777777" w:rsidR="00F62BF9" w:rsidRPr="00186E8C" w:rsidRDefault="001E1C4C">
      <w:pPr>
        <w:tabs>
          <w:tab w:val="left" w:pos="180"/>
        </w:tabs>
        <w:autoSpaceDE w:val="0"/>
        <w:autoSpaceDN w:val="0"/>
        <w:spacing w:before="346" w:after="0"/>
        <w:ind w:right="288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b/>
          <w:color w:val="000000"/>
          <w:sz w:val="24"/>
          <w:lang w:val="ru-RU"/>
        </w:rPr>
        <w:t>Модуль «МУЗЫКА МОЕГО КРАЯ»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Фольклор — народное творчество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Традиционная музыка — отражение жизни народа. Жанры 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детского и игрового фольклора (игры, пляски, хороводы и др.).</w:t>
      </w:r>
    </w:p>
    <w:p w14:paraId="6A23AF53" w14:textId="77777777" w:rsidR="00F62BF9" w:rsidRPr="00186E8C" w:rsidRDefault="001E1C4C">
      <w:pPr>
        <w:tabs>
          <w:tab w:val="left" w:pos="180"/>
        </w:tabs>
        <w:autoSpaceDE w:val="0"/>
        <w:autoSpaceDN w:val="0"/>
        <w:spacing w:before="70" w:after="0" w:line="271" w:lineRule="auto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Календарный фольклор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Календарные обряды, традиционные для данной местности (осенние, зимние, весенние — на выбор учителя).</w:t>
      </w:r>
    </w:p>
    <w:p w14:paraId="7609E8AD" w14:textId="77777777" w:rsidR="00F62BF9" w:rsidRPr="00186E8C" w:rsidRDefault="001E1C4C">
      <w:pPr>
        <w:tabs>
          <w:tab w:val="left" w:pos="180"/>
        </w:tabs>
        <w:autoSpaceDE w:val="0"/>
        <w:autoSpaceDN w:val="0"/>
        <w:spacing w:before="192" w:after="0" w:line="281" w:lineRule="auto"/>
        <w:ind w:right="432"/>
        <w:rPr>
          <w:lang w:val="ru-RU"/>
        </w:rPr>
      </w:pPr>
      <w:r w:rsidRPr="00186E8C">
        <w:rPr>
          <w:lang w:val="ru-RU"/>
        </w:rPr>
        <w:tab/>
      </w:r>
      <w:r>
        <w:rPr>
          <w:rFonts w:ascii="Times New Roman" w:eastAsia="Times New Roman" w:hAnsi="Times New Roman"/>
          <w:b/>
          <w:color w:val="000000"/>
          <w:sz w:val="24"/>
        </w:rPr>
        <w:t>M</w:t>
      </w:r>
      <w:proofErr w:type="spellStart"/>
      <w:r w:rsidRPr="00186E8C">
        <w:rPr>
          <w:rFonts w:ascii="Times New Roman" w:eastAsia="Times New Roman" w:hAnsi="Times New Roman"/>
          <w:b/>
          <w:color w:val="000000"/>
          <w:sz w:val="24"/>
          <w:lang w:val="ru-RU"/>
        </w:rPr>
        <w:t>одуль</w:t>
      </w:r>
      <w:proofErr w:type="spellEnd"/>
      <w:r w:rsidRPr="00186E8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«ЕВРОПЕЙСКАЯ КЛАССИЧЕСКАЯ МУЗЫКА»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i/>
          <w:color w:val="000000"/>
          <w:sz w:val="24"/>
          <w:lang w:val="ru-RU"/>
        </w:rPr>
        <w:t>Национальные истоки класс</w:t>
      </w:r>
      <w:r w:rsidRPr="00186E8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ической музыки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Национальный музыкальный стиль на примере творчества Ф. Шопена, Э. Грига и др. Значение и роль композитора — основоположника национальной классической музыки. Характерные жанры, образы, элементы музыкального языка.</w:t>
      </w:r>
    </w:p>
    <w:p w14:paraId="753039C4" w14:textId="77777777" w:rsidR="00F62BF9" w:rsidRPr="00186E8C" w:rsidRDefault="001E1C4C">
      <w:pPr>
        <w:autoSpaceDE w:val="0"/>
        <w:autoSpaceDN w:val="0"/>
        <w:spacing w:before="70" w:after="0" w:line="262" w:lineRule="auto"/>
        <w:ind w:left="180" w:right="1440"/>
        <w:rPr>
          <w:lang w:val="ru-RU"/>
        </w:rPr>
      </w:pPr>
      <w:r w:rsidRPr="00186E8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Музыкант и публика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Куми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ры публики (на примере творчества В. А. Моцарта, Н. Паганини, Ф. Листа и др.).</w:t>
      </w:r>
    </w:p>
    <w:p w14:paraId="56251D65" w14:textId="77777777" w:rsidR="00F62BF9" w:rsidRPr="00186E8C" w:rsidRDefault="001E1C4C">
      <w:pPr>
        <w:autoSpaceDE w:val="0"/>
        <w:autoSpaceDN w:val="0"/>
        <w:spacing w:before="70" w:after="0" w:line="262" w:lineRule="auto"/>
        <w:ind w:right="720"/>
        <w:rPr>
          <w:lang w:val="ru-RU"/>
        </w:rPr>
      </w:pP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Виртуозность. Талант, труд, миссия композитора, исполнителя. Признание публики. Культура слушателя. Традиции слушания музыки в прошлые века и сегодня.</w:t>
      </w:r>
    </w:p>
    <w:p w14:paraId="68E59C02" w14:textId="77777777" w:rsidR="00F62BF9" w:rsidRPr="00186E8C" w:rsidRDefault="001E1C4C">
      <w:pPr>
        <w:tabs>
          <w:tab w:val="left" w:pos="180"/>
        </w:tabs>
        <w:autoSpaceDE w:val="0"/>
        <w:autoSpaceDN w:val="0"/>
        <w:spacing w:before="190" w:after="0" w:line="281" w:lineRule="auto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Модуль 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«</w:t>
      </w:r>
      <w:r w:rsidRPr="00186E8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РУССКАЯ </w:t>
      </w:r>
      <w:r w:rsidRPr="00186E8C">
        <w:rPr>
          <w:rFonts w:ascii="Times New Roman" w:eastAsia="Times New Roman" w:hAnsi="Times New Roman"/>
          <w:b/>
          <w:color w:val="000000"/>
          <w:sz w:val="24"/>
          <w:lang w:val="ru-RU"/>
        </w:rPr>
        <w:t>КЛАССИЧЕСКАЯ МУЗЫКА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»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Образы родной земли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Вокальная музыка на стихи русских поэтов, программные инструментальные произведения, посвящённые картинам русской природы, народного быта, сказкам, легендам (на примере творчества М. И. Глинки, С. В. Рахманинова,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 В. А. Гаврилина и др.).</w:t>
      </w:r>
    </w:p>
    <w:p w14:paraId="4B9EDD48" w14:textId="77777777" w:rsidR="00F62BF9" w:rsidRPr="00186E8C" w:rsidRDefault="001E1C4C">
      <w:pPr>
        <w:tabs>
          <w:tab w:val="left" w:pos="180"/>
        </w:tabs>
        <w:autoSpaceDE w:val="0"/>
        <w:autoSpaceDN w:val="0"/>
        <w:spacing w:before="70" w:after="0" w:line="271" w:lineRule="auto"/>
        <w:ind w:right="144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Русская исполнительская школа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Творчество выдающихся отечественных исполнителей (С. Рихтер, Л. Коган, М. Ростропович, Е. Мравинский и др.). Консерватории в Москве и Санкт-Петербурге, родном городе. Конкурс имени П.</w:t>
      </w:r>
    </w:p>
    <w:p w14:paraId="289BE3DB" w14:textId="77777777" w:rsidR="00F62BF9" w:rsidRPr="00186E8C" w:rsidRDefault="001E1C4C">
      <w:pPr>
        <w:autoSpaceDE w:val="0"/>
        <w:autoSpaceDN w:val="0"/>
        <w:spacing w:before="70" w:after="0" w:line="230" w:lineRule="auto"/>
        <w:rPr>
          <w:lang w:val="ru-RU"/>
        </w:rPr>
      </w:pP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И. Чайковского</w:t>
      </w:r>
    </w:p>
    <w:p w14:paraId="7F811415" w14:textId="77777777" w:rsidR="00F62BF9" w:rsidRPr="00186E8C" w:rsidRDefault="001E1C4C">
      <w:pPr>
        <w:tabs>
          <w:tab w:val="left" w:pos="180"/>
        </w:tabs>
        <w:autoSpaceDE w:val="0"/>
        <w:autoSpaceDN w:val="0"/>
        <w:spacing w:before="190" w:after="0" w:line="283" w:lineRule="auto"/>
        <w:ind w:right="144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Модуль 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«</w:t>
      </w:r>
      <w:r w:rsidRPr="00186E8C">
        <w:rPr>
          <w:rFonts w:ascii="Times New Roman" w:eastAsia="Times New Roman" w:hAnsi="Times New Roman"/>
          <w:b/>
          <w:color w:val="000000"/>
          <w:sz w:val="24"/>
          <w:lang w:val="ru-RU"/>
        </w:rPr>
        <w:t>СВЯЗЬ МУЗЫКИ С ДРУГИМИ ВИДАМИ ИСКУССТВА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»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Музыка и литература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Колокола. Колокольные звоны (благовест, трезвон и др.). Звонарские приговорки. </w:t>
      </w:r>
      <w:proofErr w:type="spellStart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Колокольность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 в музыке русских композиторов. Единство слова и музыки в вокальных жанрах (песня, романс,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 кантата, ноктюрн, баркарола, былина и др.). Интонации рассказа, повествования в инструментальной музыке (поэма, баллада и др.). Программная музыка.</w:t>
      </w:r>
    </w:p>
    <w:p w14:paraId="15EC6D6E" w14:textId="77777777" w:rsidR="00F62BF9" w:rsidRPr="00186E8C" w:rsidRDefault="001E1C4C">
      <w:pPr>
        <w:tabs>
          <w:tab w:val="left" w:pos="180"/>
        </w:tabs>
        <w:autoSpaceDE w:val="0"/>
        <w:autoSpaceDN w:val="0"/>
        <w:spacing w:before="70" w:after="0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Музыка и живопись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Молитва, хорал, песнопение, духовный стих. Образы духовной музыки в творчестве компози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торов-</w:t>
      </w:r>
      <w:proofErr w:type="spellStart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классиковВыразительные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 средства музыкального и изобразительного искусства. Аналогии: ритм, композиция, линия — мелодия, пятно — созвучие, колорит — тембр, </w:t>
      </w:r>
      <w:proofErr w:type="spellStart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светлотность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 — динамика и т. д.</w:t>
      </w:r>
    </w:p>
    <w:p w14:paraId="2A2EDBEB" w14:textId="77777777" w:rsidR="00F62BF9" w:rsidRPr="00186E8C" w:rsidRDefault="001E1C4C">
      <w:pPr>
        <w:autoSpaceDE w:val="0"/>
        <w:autoSpaceDN w:val="0"/>
        <w:spacing w:before="70" w:after="0" w:line="262" w:lineRule="auto"/>
        <w:ind w:right="1008"/>
        <w:rPr>
          <w:lang w:val="ru-RU"/>
        </w:rPr>
      </w:pP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Программная музыка. Импрессионизм (на примере творчества францу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зских </w:t>
      </w:r>
      <w:proofErr w:type="spellStart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клавесинистов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, К. Дебюсси, А.К. Лядова и др.).</w:t>
      </w:r>
    </w:p>
    <w:p w14:paraId="62B7A0BC" w14:textId="77777777" w:rsidR="00F62BF9" w:rsidRPr="00186E8C" w:rsidRDefault="00F62BF9">
      <w:pPr>
        <w:rPr>
          <w:lang w:val="ru-RU"/>
        </w:rPr>
        <w:sectPr w:rsidR="00F62BF9" w:rsidRPr="00186E8C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14:paraId="399E2862" w14:textId="77777777" w:rsidR="00F62BF9" w:rsidRPr="00186E8C" w:rsidRDefault="00F62BF9">
      <w:pPr>
        <w:autoSpaceDE w:val="0"/>
        <w:autoSpaceDN w:val="0"/>
        <w:spacing w:after="78" w:line="220" w:lineRule="exact"/>
        <w:rPr>
          <w:lang w:val="ru-RU"/>
        </w:rPr>
      </w:pPr>
    </w:p>
    <w:p w14:paraId="03801A83" w14:textId="77777777" w:rsidR="00F62BF9" w:rsidRPr="00186E8C" w:rsidRDefault="001E1C4C">
      <w:pPr>
        <w:autoSpaceDE w:val="0"/>
        <w:autoSpaceDN w:val="0"/>
        <w:spacing w:after="0" w:line="230" w:lineRule="auto"/>
        <w:rPr>
          <w:lang w:val="ru-RU"/>
        </w:rPr>
      </w:pPr>
      <w:r w:rsidRPr="00186E8C">
        <w:rPr>
          <w:rFonts w:ascii="Times New Roman" w:eastAsia="Times New Roman" w:hAnsi="Times New Roman"/>
          <w:b/>
          <w:color w:val="000000"/>
          <w:sz w:val="24"/>
          <w:lang w:val="ru-RU"/>
        </w:rPr>
        <w:t>ПЛАНИРУЕМЫЕ ОБРАЗОВАТЕЛЬНЫЕ РЕЗУЛЬТАТЫ</w:t>
      </w:r>
    </w:p>
    <w:p w14:paraId="6485BE13" w14:textId="77777777" w:rsidR="00F62BF9" w:rsidRPr="00186E8C" w:rsidRDefault="001E1C4C">
      <w:pPr>
        <w:tabs>
          <w:tab w:val="left" w:pos="180"/>
        </w:tabs>
        <w:autoSpaceDE w:val="0"/>
        <w:autoSpaceDN w:val="0"/>
        <w:spacing w:before="346" w:after="0" w:line="262" w:lineRule="auto"/>
        <w:ind w:right="288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Специфика эстетического содержания предмета «Музыка» обусловливает тесное взаимодействие, смысловое единство трёх групп результатов: личнос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тных, метапредметных и предметных.</w:t>
      </w:r>
    </w:p>
    <w:p w14:paraId="79D9B85D" w14:textId="77777777" w:rsidR="00F62BF9" w:rsidRPr="00186E8C" w:rsidRDefault="001E1C4C">
      <w:pPr>
        <w:autoSpaceDE w:val="0"/>
        <w:autoSpaceDN w:val="0"/>
        <w:spacing w:before="262" w:after="0" w:line="230" w:lineRule="auto"/>
        <w:rPr>
          <w:lang w:val="ru-RU"/>
        </w:rPr>
      </w:pPr>
      <w:r w:rsidRPr="00186E8C">
        <w:rPr>
          <w:rFonts w:ascii="Times New Roman" w:eastAsia="Times New Roman" w:hAnsi="Times New Roman"/>
          <w:b/>
          <w:color w:val="000000"/>
          <w:sz w:val="24"/>
          <w:lang w:val="ru-RU"/>
        </w:rPr>
        <w:t>ЛИЧНОСТНЫЕ РЕЗУЛЬТАТЫ</w:t>
      </w:r>
    </w:p>
    <w:p w14:paraId="3082C358" w14:textId="77777777" w:rsidR="00F62BF9" w:rsidRPr="00186E8C" w:rsidRDefault="001E1C4C">
      <w:pPr>
        <w:tabs>
          <w:tab w:val="left" w:pos="180"/>
        </w:tabs>
        <w:autoSpaceDE w:val="0"/>
        <w:autoSpaceDN w:val="0"/>
        <w:spacing w:before="166" w:after="0" w:line="288" w:lineRule="auto"/>
        <w:ind w:right="432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Личностные результаты освоения рабочей программы по музыке для основного общего образования достигаются во взаимодействии учебной и воспитательной работы, урочной и внеурочной деятельности. Они должны отражать готовность обучающихся руководствоваться систе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мой позитивных ценностных ориентаций, в том числе в части: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Патриотического воспитания: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осознание российской гражданской идентичности в поликультурном и многоконфессиональном обществе; знание Гимна России и традиций его исполнения, уважение музыкальных 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символов республик Российской Федерации и других стран мира; проявление интереса к освоению музыкальных традиций своего края, музыкальной культуры народов России; знание достижений отечественных музыкантов, их вклада в мировую музыкальную культуру; интерес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 к изучению истории отечественной музыкальной культуры; стремление развивать и сохранять музыкальную культуру своей страны, своего края.</w:t>
      </w:r>
    </w:p>
    <w:p w14:paraId="238CCEAD" w14:textId="77777777" w:rsidR="00F62BF9" w:rsidRPr="00186E8C" w:rsidRDefault="001E1C4C">
      <w:pPr>
        <w:tabs>
          <w:tab w:val="left" w:pos="180"/>
        </w:tabs>
        <w:autoSpaceDE w:val="0"/>
        <w:autoSpaceDN w:val="0"/>
        <w:spacing w:before="70" w:after="0" w:line="286" w:lineRule="auto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Гражданского воспитания: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готовность к выполнению обязанностей гражданина и реализации его прав, уважение прав, свобо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д и законных интересов других людей; осознание комплекса идей и моделей поведения, отражённых в лучших произведениях мировой музыкальной классики, готовность поступать в своей жизни в соответствии с эталонами нравственного самоопределения, отражёнными в ни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х; активное участие в музыкально-культурной жизни семьи, образовательной организации, местного сообщества, родного края, страны, в том числе в качестве участников творческих конкурсов и фестивалей, концертов, культурно-просветительских акций, в качестве во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лонтёра в дни праздничных мероприятий.</w:t>
      </w:r>
    </w:p>
    <w:p w14:paraId="6BE1962A" w14:textId="77777777" w:rsidR="00F62BF9" w:rsidRPr="00186E8C" w:rsidRDefault="001E1C4C">
      <w:pPr>
        <w:tabs>
          <w:tab w:val="left" w:pos="180"/>
        </w:tabs>
        <w:autoSpaceDE w:val="0"/>
        <w:autoSpaceDN w:val="0"/>
        <w:spacing w:before="70" w:after="0" w:line="283" w:lineRule="auto"/>
        <w:ind w:right="288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Духовно-нравственного воспитания: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ориентация на моральные ценности и нормы в ситуациях нравственного выбора; готовность воспринимать музыкальное искусство с учётом моральных и духовных ценностей этического и религи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озного контекста, социально-исторических особенностей этики и эстетики; придерживаться принципов справедливости, взаимопомощи и творческого сотрудничества в процессе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непосредственной музыкальной и учебной деятельности, при подготовке внеклассных концертов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, фестивалей, конкурсов.</w:t>
      </w:r>
    </w:p>
    <w:p w14:paraId="484AC8DC" w14:textId="77777777" w:rsidR="00F62BF9" w:rsidRPr="00186E8C" w:rsidRDefault="001E1C4C">
      <w:pPr>
        <w:tabs>
          <w:tab w:val="left" w:pos="180"/>
        </w:tabs>
        <w:autoSpaceDE w:val="0"/>
        <w:autoSpaceDN w:val="0"/>
        <w:spacing w:before="72" w:after="0" w:line="283" w:lineRule="auto"/>
        <w:ind w:right="288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Эстетического воспитания: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восприимчивость к различным видам искусства, умение видеть прекрасное в окружающей действительности, готовность прислушиваться к природе, людям, самому себе; осознание ценности творчества, таланта; осоз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нание важности музыкального искусства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творчества; стремление к самовыражению в разных видах искусства.</w:t>
      </w:r>
    </w:p>
    <w:p w14:paraId="780886A5" w14:textId="77777777" w:rsidR="00F62BF9" w:rsidRPr="00186E8C" w:rsidRDefault="001E1C4C">
      <w:pPr>
        <w:tabs>
          <w:tab w:val="left" w:pos="180"/>
        </w:tabs>
        <w:autoSpaceDE w:val="0"/>
        <w:autoSpaceDN w:val="0"/>
        <w:spacing w:before="70" w:after="0" w:line="283" w:lineRule="auto"/>
        <w:ind w:right="144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Ценно</w:t>
      </w:r>
      <w:r w:rsidRPr="00186E8C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сти научного познания: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природной, социальной, культурной средой; овладение музыкальным языко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м, навыками познания музыки как искусства интонируемого смысла; овладение основными способами исследовательской деятельности на звуковом материале самой музыки, а также на материале искусствоведческой, исторической, публицистической информации о различных 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явлениях музыкального искусства, использование</w:t>
      </w:r>
    </w:p>
    <w:p w14:paraId="7A226944" w14:textId="77777777" w:rsidR="00F62BF9" w:rsidRPr="00186E8C" w:rsidRDefault="00F62BF9">
      <w:pPr>
        <w:rPr>
          <w:lang w:val="ru-RU"/>
        </w:rPr>
        <w:sectPr w:rsidR="00F62BF9" w:rsidRPr="00186E8C">
          <w:pgSz w:w="11900" w:h="16840"/>
          <w:pgMar w:top="298" w:right="650" w:bottom="312" w:left="666" w:header="720" w:footer="720" w:gutter="0"/>
          <w:cols w:space="720" w:equalWidth="0">
            <w:col w:w="10584" w:space="0"/>
          </w:cols>
          <w:docGrid w:linePitch="360"/>
        </w:sectPr>
      </w:pPr>
    </w:p>
    <w:p w14:paraId="152D4353" w14:textId="77777777" w:rsidR="00F62BF9" w:rsidRPr="00186E8C" w:rsidRDefault="00F62BF9">
      <w:pPr>
        <w:autoSpaceDE w:val="0"/>
        <w:autoSpaceDN w:val="0"/>
        <w:spacing w:after="72" w:line="220" w:lineRule="exact"/>
        <w:rPr>
          <w:lang w:val="ru-RU"/>
        </w:rPr>
      </w:pPr>
    </w:p>
    <w:p w14:paraId="047C971B" w14:textId="77777777" w:rsidR="00F62BF9" w:rsidRPr="00186E8C" w:rsidRDefault="001E1C4C">
      <w:pPr>
        <w:autoSpaceDE w:val="0"/>
        <w:autoSpaceDN w:val="0"/>
        <w:spacing w:after="0" w:line="230" w:lineRule="auto"/>
        <w:rPr>
          <w:lang w:val="ru-RU"/>
        </w:rPr>
      </w:pP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доступного объёма специальной терминологии.</w:t>
      </w:r>
    </w:p>
    <w:p w14:paraId="3ABD9304" w14:textId="77777777" w:rsidR="00F62BF9" w:rsidRPr="00186E8C" w:rsidRDefault="001E1C4C">
      <w:pPr>
        <w:tabs>
          <w:tab w:val="left" w:pos="180"/>
        </w:tabs>
        <w:autoSpaceDE w:val="0"/>
        <w:autoSpaceDN w:val="0"/>
        <w:spacing w:before="70" w:after="0" w:line="286" w:lineRule="auto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Физического воспитания, формирования культуры здоровья и эмоционального благополучия: </w:t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осознание ценности жизни с опорой на собственный жизн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енный опыт и опыт восприятия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произведений искусства; соблюдение правил личной безопасности и гигиены, в том числе в процессе музыкально-исполнительской, творческой, исследовательской деятельности; умение осознавать своё эмоциональное состояние и эмоционал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ьное состояние других, использовать адекватные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интонационные средства для выражения своего состояния, в том числе в процессе повседневного общения; сформированность навыков рефлексии, признание своего права на ошибку и такого же права другого человека.</w:t>
      </w:r>
    </w:p>
    <w:p w14:paraId="15BDE0BD" w14:textId="77777777" w:rsidR="00F62BF9" w:rsidRPr="00186E8C" w:rsidRDefault="001E1C4C">
      <w:pPr>
        <w:tabs>
          <w:tab w:val="left" w:pos="180"/>
        </w:tabs>
        <w:autoSpaceDE w:val="0"/>
        <w:autoSpaceDN w:val="0"/>
        <w:spacing w:before="70" w:after="0" w:line="278" w:lineRule="auto"/>
        <w:ind w:right="288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Т</w:t>
      </w:r>
      <w:r w:rsidRPr="00186E8C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рудового воспитания: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установка на посильное активное участие в практической деятельности; трудолюбие в учёбе, настойчивость в достижении поставленных целей; интерес к практическому изучению профессий в сфере культуры и искусства; уважение к труду и резул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ьтатам трудовой деятельности.</w:t>
      </w:r>
    </w:p>
    <w:p w14:paraId="306375CC" w14:textId="77777777" w:rsidR="00F62BF9" w:rsidRPr="00186E8C" w:rsidRDefault="001E1C4C">
      <w:pPr>
        <w:tabs>
          <w:tab w:val="left" w:pos="180"/>
        </w:tabs>
        <w:autoSpaceDE w:val="0"/>
        <w:autoSpaceDN w:val="0"/>
        <w:spacing w:before="70" w:after="0"/>
        <w:ind w:right="720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Экологического воспитания: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 участие в экологических проектах через различные формы музыкального творчества.</w:t>
      </w:r>
    </w:p>
    <w:p w14:paraId="72AAE35B" w14:textId="77777777" w:rsidR="00F62BF9" w:rsidRPr="00186E8C" w:rsidRDefault="001E1C4C">
      <w:pPr>
        <w:tabs>
          <w:tab w:val="left" w:pos="180"/>
        </w:tabs>
        <w:autoSpaceDE w:val="0"/>
        <w:autoSpaceDN w:val="0"/>
        <w:spacing w:before="70" w:after="0" w:line="288" w:lineRule="auto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Личностные результаты, обеспечивающие адаптацию обучающегося к изменяющимся условиям социальной и природной среды: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освоение обучающимися социального опыта, основных социальных ролей, норм и правил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общественного поведения, форм социальной жизни, включая 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семью, группы, сформированные в учебной исследовательской и творческой деятельности, а также в рамках социального взаимодействия с людьми из другой культурной среды;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стремление перенимать опыт, учиться у других людей — как взрослых, так и сверстников, в 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том числе в разнообразных проявлениях творчества, овладения различными навыками в сфере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музыкального и других видов искусства;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смелость при соприкосновении с новым эмоциональным опытом, воспитание чувства нового, способность ставить и решать нестандартн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ые задачи, предвидеть ход событий, обращать внимание на перспективные тенденции и направления развития культуры и социума;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способность осознавать стрессовую ситуацию, оценивать происходящие изменения и их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последствия, опираясь на жизненный интонационный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 и эмоциональный опыт, опыт и навыки управления своими </w:t>
      </w:r>
      <w:proofErr w:type="spellStart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психо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-эмоциональными ресурсами в стрессовой ситуации, воля к победе.</w:t>
      </w:r>
    </w:p>
    <w:p w14:paraId="20E10881" w14:textId="77777777" w:rsidR="00F62BF9" w:rsidRPr="00186E8C" w:rsidRDefault="001E1C4C">
      <w:pPr>
        <w:autoSpaceDE w:val="0"/>
        <w:autoSpaceDN w:val="0"/>
        <w:spacing w:before="264" w:after="0" w:line="230" w:lineRule="auto"/>
        <w:rPr>
          <w:lang w:val="ru-RU"/>
        </w:rPr>
      </w:pPr>
      <w:r w:rsidRPr="00186E8C">
        <w:rPr>
          <w:rFonts w:ascii="Times New Roman" w:eastAsia="Times New Roman" w:hAnsi="Times New Roman"/>
          <w:b/>
          <w:color w:val="000000"/>
          <w:sz w:val="24"/>
          <w:lang w:val="ru-RU"/>
        </w:rPr>
        <w:t>МЕТАПРЕДМЕТНЫЕ РЕЗУЛЬТАТЫ</w:t>
      </w:r>
    </w:p>
    <w:p w14:paraId="74100CCF" w14:textId="77777777" w:rsidR="00F62BF9" w:rsidRPr="00186E8C" w:rsidRDefault="001E1C4C">
      <w:pPr>
        <w:tabs>
          <w:tab w:val="left" w:pos="180"/>
        </w:tabs>
        <w:autoSpaceDE w:val="0"/>
        <w:autoSpaceDN w:val="0"/>
        <w:spacing w:before="166" w:after="0" w:line="288" w:lineRule="auto"/>
        <w:ind w:right="144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1. Овладение универсальными познавательными действиями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Базовые логические действия: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устанавливать существенные признаки для классификации музыкальных явлений, выбирать основания для анализа, сравнения и обобщения отдельных интонаций, мелодий и ритмов, других элементов музыкального языка;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сопоставлять, сравнивать на основании существенны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х признаков произведения, жанры и стили музыкального и других видов искусства;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обнаруживать взаимные влияния отдельных видов, жанров и стилей музыки друг на друга, формулировать гипотезы о взаимосвязях;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выявлять общее и особенное, закономерности и прот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иворечия в комплексе выразительных средств, используемых при создании музыкального образа конкретного произведения, жанра, стиля; </w:t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выявлять и характеризовать существенные признаки конкретного музыкального звучания; </w:t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самостоятельно обобщать и формулировать 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выводы по результатам проведённого слухового</w:t>
      </w:r>
    </w:p>
    <w:p w14:paraId="26C85A23" w14:textId="77777777" w:rsidR="00F62BF9" w:rsidRPr="00186E8C" w:rsidRDefault="00F62BF9">
      <w:pPr>
        <w:rPr>
          <w:lang w:val="ru-RU"/>
        </w:rPr>
        <w:sectPr w:rsidR="00F62BF9" w:rsidRPr="00186E8C">
          <w:pgSz w:w="11900" w:h="16840"/>
          <w:pgMar w:top="292" w:right="650" w:bottom="288" w:left="666" w:header="720" w:footer="720" w:gutter="0"/>
          <w:cols w:space="720" w:equalWidth="0">
            <w:col w:w="10584" w:space="0"/>
          </w:cols>
          <w:docGrid w:linePitch="360"/>
        </w:sectPr>
      </w:pPr>
    </w:p>
    <w:p w14:paraId="6F36AAC8" w14:textId="77777777" w:rsidR="00F62BF9" w:rsidRPr="00186E8C" w:rsidRDefault="00F62BF9">
      <w:pPr>
        <w:autoSpaceDE w:val="0"/>
        <w:autoSpaceDN w:val="0"/>
        <w:spacing w:after="96" w:line="220" w:lineRule="exact"/>
        <w:rPr>
          <w:lang w:val="ru-RU"/>
        </w:rPr>
      </w:pPr>
    </w:p>
    <w:p w14:paraId="1F42B218" w14:textId="77777777" w:rsidR="00F62BF9" w:rsidRPr="00186E8C" w:rsidRDefault="001E1C4C">
      <w:pPr>
        <w:autoSpaceDE w:val="0"/>
        <w:autoSpaceDN w:val="0"/>
        <w:spacing w:after="0" w:line="230" w:lineRule="auto"/>
        <w:rPr>
          <w:lang w:val="ru-RU"/>
        </w:rPr>
      </w:pP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наблюдения-исследования.</w:t>
      </w:r>
    </w:p>
    <w:p w14:paraId="5CB70AE0" w14:textId="77777777" w:rsidR="00F62BF9" w:rsidRPr="00186E8C" w:rsidRDefault="001E1C4C">
      <w:pPr>
        <w:tabs>
          <w:tab w:val="left" w:pos="180"/>
        </w:tabs>
        <w:autoSpaceDE w:val="0"/>
        <w:autoSpaceDN w:val="0"/>
        <w:spacing w:before="70" w:after="0" w:line="288" w:lineRule="auto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Базовые исследовательские действия: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следовать внутренним слухом за развитием музыкального процесса, «наблюдать» звучание музыки; </w:t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использовать вопросы как иссл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едовательский инструмент познания;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формулировать собственные вопросы, фиксирующие несоответствие между реальным и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желательным состоянием учебной ситуации, восприятия, исполнения музыки;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составлять алгоритм действий и использовать его для решения учебн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ых, в том числе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исполнительских и творческих задач;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проводить по самостоятельно составленному плану небольшое исследование по установлению особенностей музыкально-языковых единиц, сравнению художественных процессов, музыкальных явлений, культурных объек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тов между собой;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самостоятельно формулировать обобщения и выводы по результатам проведённого наблюдения, слухового исследования.</w:t>
      </w:r>
    </w:p>
    <w:p w14:paraId="75290A24" w14:textId="77777777" w:rsidR="00F62BF9" w:rsidRPr="00186E8C" w:rsidRDefault="001E1C4C">
      <w:pPr>
        <w:tabs>
          <w:tab w:val="left" w:pos="180"/>
        </w:tabs>
        <w:autoSpaceDE w:val="0"/>
        <w:autoSpaceDN w:val="0"/>
        <w:spacing w:before="70" w:after="0" w:line="288" w:lineRule="auto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Работа с информацией: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применять различные методы, инструменты и запросы при поиске и отборе информации с учётом предложенн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ой учебной задачи и заданных критериев;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понимать специфику работы с аудиоинформацией, музыкальными записями;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использовать интонирование для запоминания звуковой информации, музыкальных произведений; </w:t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выбирать, анализировать, интерпретировать, обобщать 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и систематизировать информацию, представленную в аудио- и видеоформатах, текстах, таблицах, схемах;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использовать смысловое чтение для извлечения, обобщения и систематизации информации из одного или нескольких источников с учётом поставленных целей;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оце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нивать надёжность информации по критериям, предложенным учителем или сформулированным самостоятельно;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различать тексты информационного и художественного содержания, трансформировать,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интерпретировать их в соответствии с учебной задачей;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самостоятельно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 выбирать оптимальную форму представления информации (текст, таблица, схема, презентация, театрализация и др.) в зависимости от коммуникативной установки.</w:t>
      </w:r>
    </w:p>
    <w:p w14:paraId="4276EDF4" w14:textId="77777777" w:rsidR="00F62BF9" w:rsidRPr="00186E8C" w:rsidRDefault="001E1C4C">
      <w:pPr>
        <w:autoSpaceDE w:val="0"/>
        <w:autoSpaceDN w:val="0"/>
        <w:spacing w:before="70" w:after="0" w:line="271" w:lineRule="auto"/>
        <w:ind w:right="288" w:firstLine="180"/>
        <w:rPr>
          <w:lang w:val="ru-RU"/>
        </w:rPr>
      </w:pP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Овладение системой универсальных познавательных действий обеспечивает сформированность когнитивных на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выков обучающихся, в том числе развитие специфического типа интеллектуальной деятельности — музыкального мышления.</w:t>
      </w:r>
    </w:p>
    <w:p w14:paraId="6793929D" w14:textId="77777777" w:rsidR="00F62BF9" w:rsidRPr="00186E8C" w:rsidRDefault="001E1C4C">
      <w:pPr>
        <w:tabs>
          <w:tab w:val="left" w:pos="180"/>
        </w:tabs>
        <w:autoSpaceDE w:val="0"/>
        <w:autoSpaceDN w:val="0"/>
        <w:spacing w:before="192" w:after="0" w:line="288" w:lineRule="auto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2. Овладение универсальными коммуникативными действиями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Невербальная коммуникация: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воспринимать музыку как искусство интонируемого смысл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а, стремиться понять эмоционально-образное содержание музыкального высказывания, понимать ограниченность словесного языка в передаче смысла музыкального произведения;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передавать в собственном исполнении музыки художественное содержание, выражать настроен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ие, чувства, личное отношение к исполняемому произведению;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осознанно пользоваться интонационной выразительностью в обыденной речи, понимать культурные нормы и значение интонации в повседневном общении;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эффективно использовать интонационно-выразительные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 возможности в ситуации публичного выступления;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распознавать невербальные средства общения (интонация, мимика, жесты), расценивать их как полноценные элементы коммуникации, адекватно включаться в соответствующий уровень общения.</w:t>
      </w:r>
    </w:p>
    <w:p w14:paraId="236C7D3C" w14:textId="77777777" w:rsidR="00F62BF9" w:rsidRPr="00186E8C" w:rsidRDefault="001E1C4C">
      <w:pPr>
        <w:autoSpaceDE w:val="0"/>
        <w:autoSpaceDN w:val="0"/>
        <w:spacing w:before="70" w:after="0" w:line="262" w:lineRule="auto"/>
        <w:ind w:left="180" w:right="144"/>
        <w:rPr>
          <w:lang w:val="ru-RU"/>
        </w:rPr>
      </w:pPr>
      <w:r w:rsidRPr="00186E8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Вербальное общение: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воспринимать и формулировать суждения, выражать эмоции в соответствии с условиями и целями</w:t>
      </w:r>
    </w:p>
    <w:p w14:paraId="140D255D" w14:textId="77777777" w:rsidR="00F62BF9" w:rsidRPr="00186E8C" w:rsidRDefault="00F62BF9">
      <w:pPr>
        <w:rPr>
          <w:lang w:val="ru-RU"/>
        </w:rPr>
        <w:sectPr w:rsidR="00F62BF9" w:rsidRPr="00186E8C">
          <w:pgSz w:w="11900" w:h="16840"/>
          <w:pgMar w:top="316" w:right="670" w:bottom="348" w:left="666" w:header="720" w:footer="720" w:gutter="0"/>
          <w:cols w:space="720" w:equalWidth="0">
            <w:col w:w="10564" w:space="0"/>
          </w:cols>
          <w:docGrid w:linePitch="360"/>
        </w:sectPr>
      </w:pPr>
    </w:p>
    <w:p w14:paraId="575F2DF6" w14:textId="77777777" w:rsidR="00F62BF9" w:rsidRPr="00186E8C" w:rsidRDefault="00F62BF9">
      <w:pPr>
        <w:autoSpaceDE w:val="0"/>
        <w:autoSpaceDN w:val="0"/>
        <w:spacing w:after="66" w:line="220" w:lineRule="exact"/>
        <w:rPr>
          <w:lang w:val="ru-RU"/>
        </w:rPr>
      </w:pPr>
    </w:p>
    <w:p w14:paraId="797313A6" w14:textId="77777777" w:rsidR="00F62BF9" w:rsidRPr="00186E8C" w:rsidRDefault="001E1C4C">
      <w:pPr>
        <w:tabs>
          <w:tab w:val="left" w:pos="180"/>
        </w:tabs>
        <w:autoSpaceDE w:val="0"/>
        <w:autoSpaceDN w:val="0"/>
        <w:spacing w:after="0" w:line="286" w:lineRule="auto"/>
        <w:rPr>
          <w:lang w:val="ru-RU"/>
        </w:rPr>
      </w:pP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общения;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выражать своё мнение, в том числе впечатления от общения с музыкальным искусством в устных и письменных текстах;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понимать намерения других, проявлять уважительное отношение к собеседнику и в корректной форме формулировать свои возражения;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вести диалог, дискуссию, задавать вопросы по существу обсуждаемой темы, поддерживать благожелательный тон диалога;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публично пр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едставлять результаты учебной и творческой деятельности.</w:t>
      </w:r>
    </w:p>
    <w:p w14:paraId="4EC5CCFA" w14:textId="77777777" w:rsidR="00F62BF9" w:rsidRPr="00186E8C" w:rsidRDefault="001E1C4C">
      <w:pPr>
        <w:tabs>
          <w:tab w:val="left" w:pos="180"/>
        </w:tabs>
        <w:autoSpaceDE w:val="0"/>
        <w:autoSpaceDN w:val="0"/>
        <w:spacing w:before="70" w:after="0" w:line="288" w:lineRule="auto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Совместная деятельность (сотрудничество):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развивать навыки эстетически опосредованного сотрудничества, соучастия, сопереживания в процессе исполнения и восприятия музыки; понимать ценность такого 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социально-психологического опыта, экстраполировать его на другие сферы взаимодействия;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понимать и использовать преимущества коллективной, групповой и индивидуальной музыкальной деятельности, выбирать наиболее эффективные формы взаимодействия при решении 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поставленной задачи;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нескольких людей, проявлять готовность р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уководить, выполнять поручения, подчиняться;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оценивать качество своего вклада в общий продукт по критериям, самостоятельно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сформулированным участниками взаимодействия; сравнивать результаты с исходной задачей и вклад каждого члена команды в достижение р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езультатов, разделять сферу ответственности и проявлять готовность к представлению отчёта перед группой.</w:t>
      </w:r>
    </w:p>
    <w:p w14:paraId="15556E76" w14:textId="77777777" w:rsidR="00F62BF9" w:rsidRPr="00186E8C" w:rsidRDefault="001E1C4C">
      <w:pPr>
        <w:tabs>
          <w:tab w:val="left" w:pos="180"/>
        </w:tabs>
        <w:autoSpaceDE w:val="0"/>
        <w:autoSpaceDN w:val="0"/>
        <w:spacing w:before="190" w:after="0" w:line="288" w:lineRule="auto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3. Овладение универсальными регулятивными действиями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i/>
          <w:color w:val="000000"/>
          <w:sz w:val="24"/>
          <w:lang w:val="ru-RU"/>
        </w:rPr>
        <w:t>Самоорганизация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: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ставить перед собой среднесрочные и долгосрочные цели по самосовершенствован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ию, в том числе в части творческих, исполнительских навыков и способностей, настойчиво продвигаться к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поставленной цели;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планировать достижение целей через решение ряда последовательных задач частного характера; </w:t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самостоятельно составлять план действий,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 вносить необходимые коррективы в ходе его реализации; </w:t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выявлять наиболее важные проблемы для решения в учебных и жизненных ситуациях;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щихся ресурсов и собственных возможностей, аргументировать предлагаемые варианты решений;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делать выбор и брать за него ответственность на себя.</w:t>
      </w:r>
    </w:p>
    <w:p w14:paraId="097B5DF7" w14:textId="77777777" w:rsidR="00F62BF9" w:rsidRPr="00186E8C" w:rsidRDefault="001E1C4C">
      <w:pPr>
        <w:tabs>
          <w:tab w:val="left" w:pos="180"/>
        </w:tabs>
        <w:autoSpaceDE w:val="0"/>
        <w:autoSpaceDN w:val="0"/>
        <w:spacing w:before="70" w:after="0" w:line="286" w:lineRule="auto"/>
        <w:ind w:right="432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Самоконтроль (рефлексия):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владеть способами самоконтроля, самомотивации и рефлексии;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давать адекватную оц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енку учебной ситуации и предлагать план её изменения;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предвидеть трудности, которые могут возникнуть при решении учебной задачи, и адаптировать решение к меняющимся обстоятельствам;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объяснять причины достижения (недостижения) результатов деятельности; 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понимать причины неудач и уметь предупреждать их, давать оценку приобретённому опыту;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использовать музыку для улучшения самочувствия, сознательного управления своим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психоэмоциональным состоянием, в том числе стимулировать состояния активности (бодрости)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, отдыха (релаксации), концентрации внимания и т. д.</w:t>
      </w:r>
    </w:p>
    <w:p w14:paraId="5CD08FF1" w14:textId="77777777" w:rsidR="00F62BF9" w:rsidRPr="00186E8C" w:rsidRDefault="001E1C4C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86E8C">
        <w:rPr>
          <w:rFonts w:ascii="Times New Roman" w:eastAsia="Times New Roman" w:hAnsi="Times New Roman"/>
          <w:i/>
          <w:color w:val="000000"/>
          <w:sz w:val="24"/>
          <w:lang w:val="ru-RU"/>
        </w:rPr>
        <w:t>Эмоциональный интеллект:</w:t>
      </w:r>
    </w:p>
    <w:p w14:paraId="482EE7C4" w14:textId="77777777" w:rsidR="00F62BF9" w:rsidRPr="00186E8C" w:rsidRDefault="00F62BF9">
      <w:pPr>
        <w:rPr>
          <w:lang w:val="ru-RU"/>
        </w:rPr>
        <w:sectPr w:rsidR="00F62BF9" w:rsidRPr="00186E8C">
          <w:pgSz w:w="11900" w:h="16840"/>
          <w:pgMar w:top="286" w:right="684" w:bottom="378" w:left="666" w:header="720" w:footer="720" w:gutter="0"/>
          <w:cols w:space="720" w:equalWidth="0">
            <w:col w:w="10550" w:space="0"/>
          </w:cols>
          <w:docGrid w:linePitch="360"/>
        </w:sectPr>
      </w:pPr>
    </w:p>
    <w:p w14:paraId="4A7E3487" w14:textId="77777777" w:rsidR="00F62BF9" w:rsidRPr="00186E8C" w:rsidRDefault="00F62BF9">
      <w:pPr>
        <w:autoSpaceDE w:val="0"/>
        <w:autoSpaceDN w:val="0"/>
        <w:spacing w:after="78" w:line="220" w:lineRule="exact"/>
        <w:rPr>
          <w:lang w:val="ru-RU"/>
        </w:rPr>
      </w:pPr>
    </w:p>
    <w:p w14:paraId="66B1EF37" w14:textId="77777777" w:rsidR="00F62BF9" w:rsidRPr="00186E8C" w:rsidRDefault="001E1C4C">
      <w:pPr>
        <w:tabs>
          <w:tab w:val="left" w:pos="180"/>
        </w:tabs>
        <w:autoSpaceDE w:val="0"/>
        <w:autoSpaceDN w:val="0"/>
        <w:spacing w:after="0" w:line="283" w:lineRule="auto"/>
        <w:ind w:right="144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чувствовать, понимать эмоциональное состояние самого себя и других людей, использовать возможности музыкального искусства для расширения своих компетенци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й в данной сфере; </w:t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развивать способность управлять собственными эмоциями и эмоциями других как в повседневной жизни, так и в ситуациях музыкально-опосредованного общения;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выявлять и анализировать причины эмоций; понимать мотивы и намерения другого человека, анализируя коммуникативно-интонационную ситуацию; регулировать способ выражения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собственных эмоций.</w:t>
      </w:r>
    </w:p>
    <w:p w14:paraId="5332F875" w14:textId="77777777" w:rsidR="00F62BF9" w:rsidRPr="00186E8C" w:rsidRDefault="001E1C4C">
      <w:pPr>
        <w:tabs>
          <w:tab w:val="left" w:pos="180"/>
        </w:tabs>
        <w:autoSpaceDE w:val="0"/>
        <w:autoSpaceDN w:val="0"/>
        <w:spacing w:before="70" w:after="0" w:line="286" w:lineRule="auto"/>
        <w:ind w:right="576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Принятие себя и других: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уважительно и осознанно относиться к друг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ому человеку и его мнению, эстетическим предпочтениям и вкусам;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признавать своё и чужое право на ошибку, при обнаружении ошибки фокусироваться не на ней самой, а на способе улучшения результатов деятельности;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принимать себя и других, не осуждая;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проя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влять открытость;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осознавать невозможность контролировать всё вокруг.</w:t>
      </w:r>
    </w:p>
    <w:p w14:paraId="6572746C" w14:textId="77777777" w:rsidR="00F62BF9" w:rsidRPr="00186E8C" w:rsidRDefault="001E1C4C">
      <w:pPr>
        <w:autoSpaceDE w:val="0"/>
        <w:autoSpaceDN w:val="0"/>
        <w:spacing w:before="190" w:after="0"/>
        <w:ind w:firstLine="180"/>
        <w:rPr>
          <w:lang w:val="ru-RU"/>
        </w:rPr>
      </w:pP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ения собой, самодисциплины, устойчивого поведения, эмоционального душевного равновесия и т. д.).</w:t>
      </w:r>
    </w:p>
    <w:p w14:paraId="72E93DDB" w14:textId="77777777" w:rsidR="00F62BF9" w:rsidRPr="00186E8C" w:rsidRDefault="001E1C4C">
      <w:pPr>
        <w:autoSpaceDE w:val="0"/>
        <w:autoSpaceDN w:val="0"/>
        <w:spacing w:before="262" w:after="0" w:line="230" w:lineRule="auto"/>
        <w:rPr>
          <w:lang w:val="ru-RU"/>
        </w:rPr>
      </w:pPr>
      <w:r w:rsidRPr="00186E8C">
        <w:rPr>
          <w:rFonts w:ascii="Times New Roman" w:eastAsia="Times New Roman" w:hAnsi="Times New Roman"/>
          <w:b/>
          <w:color w:val="000000"/>
          <w:sz w:val="24"/>
          <w:lang w:val="ru-RU"/>
        </w:rPr>
        <w:t>ПРЕДМЕТНЫЕ РЕЗУЛЬТАТЫ</w:t>
      </w:r>
    </w:p>
    <w:p w14:paraId="78F6E69A" w14:textId="77777777" w:rsidR="00F62BF9" w:rsidRPr="00186E8C" w:rsidRDefault="001E1C4C">
      <w:pPr>
        <w:autoSpaceDE w:val="0"/>
        <w:autoSpaceDN w:val="0"/>
        <w:spacing w:before="166" w:after="0"/>
        <w:ind w:right="288" w:firstLine="180"/>
        <w:rPr>
          <w:lang w:val="ru-RU"/>
        </w:rPr>
      </w:pP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Предметные результаты характеризуют сформированность у обучающихся основ музыкальной культуры и проявляются в способности к музыкальной 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деятельности, потребности в регулярном общении с музыкальным искусством во всех доступных формах, органичном включении музыки в актуальный контекст своей жизни.</w:t>
      </w:r>
    </w:p>
    <w:p w14:paraId="32F99F74" w14:textId="77777777" w:rsidR="00F62BF9" w:rsidRPr="00186E8C" w:rsidRDefault="001E1C4C">
      <w:pPr>
        <w:tabs>
          <w:tab w:val="left" w:pos="180"/>
        </w:tabs>
        <w:autoSpaceDE w:val="0"/>
        <w:autoSpaceDN w:val="0"/>
        <w:spacing w:before="70" w:after="0" w:line="288" w:lineRule="auto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Обучающиеся, освоившие основную образовательную программу по предмету «Музыка»: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—  осознают п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ринципы универсальности и всеобщности музыки как вида искусства, неразрывную связь музыки и жизни человека, всего человечества, могут рассуждать на эту тему;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—  воспринимают российскую музыкальную культуру как целостное и самобытное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цивилизационное явлен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ие; знают достижения отечественных мастеров музыкальной культуры, испытывают гордость за них;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—  сознательно стремятся к укреплению и сохранению собственной музыкальной идентичности (разбираются в особенностях музыкальной культуры своего народа, узнают на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 слух родные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интонации среди других, стремятся участвовать в исполнении музыки своей национальной традиции, понимают ответственность за сохранение и передачу следующим поколениям музыкальной культуры своего народа);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— понимают роль музыки как социально з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начимого явления, формирующего общественные вкусы и настроения, включённого в развитие политического, экономического, религиозного, иных аспектов развития общества.</w:t>
      </w:r>
    </w:p>
    <w:p w14:paraId="2D66E235" w14:textId="77777777" w:rsidR="00F62BF9" w:rsidRPr="00186E8C" w:rsidRDefault="001E1C4C">
      <w:pPr>
        <w:tabs>
          <w:tab w:val="left" w:pos="180"/>
        </w:tabs>
        <w:autoSpaceDE w:val="0"/>
        <w:autoSpaceDN w:val="0"/>
        <w:spacing w:before="190" w:after="0" w:line="262" w:lineRule="auto"/>
        <w:ind w:right="432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Предметные результаты, формируемые в ходе изучения предмета «Музыка», сгруппированы по уче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бным модулям и должны отражать сформированность умений.</w:t>
      </w:r>
    </w:p>
    <w:p w14:paraId="5F00E684" w14:textId="77777777" w:rsidR="00F62BF9" w:rsidRPr="00186E8C" w:rsidRDefault="001E1C4C">
      <w:pPr>
        <w:tabs>
          <w:tab w:val="left" w:pos="180"/>
        </w:tabs>
        <w:autoSpaceDE w:val="0"/>
        <w:autoSpaceDN w:val="0"/>
        <w:spacing w:before="190" w:after="0"/>
        <w:ind w:right="288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Модуль «Музыка моего края»: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знать музыкальные традиции своей республики, края, народа;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 особенности творчества народных и профессиональных музыкантов, творческих коллективов своего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 края;</w:t>
      </w:r>
    </w:p>
    <w:p w14:paraId="409838EF" w14:textId="77777777" w:rsidR="00F62BF9" w:rsidRPr="00186E8C" w:rsidRDefault="00F62BF9">
      <w:pPr>
        <w:rPr>
          <w:lang w:val="ru-RU"/>
        </w:rPr>
        <w:sectPr w:rsidR="00F62BF9" w:rsidRPr="00186E8C">
          <w:pgSz w:w="11900" w:h="16840"/>
          <w:pgMar w:top="298" w:right="650" w:bottom="438" w:left="666" w:header="720" w:footer="720" w:gutter="0"/>
          <w:cols w:space="720" w:equalWidth="0">
            <w:col w:w="10584" w:space="0"/>
          </w:cols>
          <w:docGrid w:linePitch="360"/>
        </w:sectPr>
      </w:pPr>
    </w:p>
    <w:p w14:paraId="2ACD00A4" w14:textId="77777777" w:rsidR="00F62BF9" w:rsidRPr="00186E8C" w:rsidRDefault="00F62BF9">
      <w:pPr>
        <w:autoSpaceDE w:val="0"/>
        <w:autoSpaceDN w:val="0"/>
        <w:spacing w:after="78" w:line="220" w:lineRule="exact"/>
        <w:rPr>
          <w:lang w:val="ru-RU"/>
        </w:rPr>
      </w:pPr>
    </w:p>
    <w:p w14:paraId="159E68ED" w14:textId="77777777" w:rsidR="00F62BF9" w:rsidRPr="00186E8C" w:rsidRDefault="001E1C4C">
      <w:pPr>
        <w:tabs>
          <w:tab w:val="left" w:pos="180"/>
        </w:tabs>
        <w:autoSpaceDE w:val="0"/>
        <w:autoSpaceDN w:val="0"/>
        <w:spacing w:after="0" w:line="262" w:lineRule="auto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исполнять и оценивать образцы музыкального фольклора и сочинения композиторов своей малой родины.</w:t>
      </w:r>
    </w:p>
    <w:p w14:paraId="792BFB4D" w14:textId="77777777" w:rsidR="00F62BF9" w:rsidRPr="00186E8C" w:rsidRDefault="001E1C4C">
      <w:pPr>
        <w:tabs>
          <w:tab w:val="left" w:pos="180"/>
        </w:tabs>
        <w:autoSpaceDE w:val="0"/>
        <w:autoSpaceDN w:val="0"/>
        <w:spacing w:before="190" w:after="0" w:line="286" w:lineRule="auto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Модуль «Европейская классическая музыка»: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различать на слух произведения европейских композиторов-классиков, называть автор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а,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произведение, исполнительский состав;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определять принадлежность музыкального произведения к одному из художественных стилей (барокко, классицизм, романтизм, импрессионизм);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исполнять (в том числе фрагментарно) сочинения композиторов-классиков;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ха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рактеризовать музыкальный образ и выразительные средства, использованные композитором, способы развития и форму строения музыкального произведения;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 творчество не менее двух композиторов-классиков, приводить примеры наиболее известных сочи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нений.</w:t>
      </w:r>
    </w:p>
    <w:p w14:paraId="2754A373" w14:textId="77777777" w:rsidR="00F62BF9" w:rsidRPr="00186E8C" w:rsidRDefault="001E1C4C">
      <w:pPr>
        <w:tabs>
          <w:tab w:val="left" w:pos="180"/>
        </w:tabs>
        <w:autoSpaceDE w:val="0"/>
        <w:autoSpaceDN w:val="0"/>
        <w:spacing w:before="190" w:after="0" w:line="286" w:lineRule="auto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Модуль «Русская классическая музыка»: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различать на слух произведения русских композиторов-классиков, называть автора, произведение, исполнительский состав;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исполнять (в том числе фрагментарно, отдельными темами) сочинения русских композиторов; </w:t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 творчество не менее двух отечественных композиторов-классиков, приводить примеры наиболее известных сочинений.</w:t>
      </w:r>
    </w:p>
    <w:p w14:paraId="750F2A99" w14:textId="77777777" w:rsidR="00F62BF9" w:rsidRPr="00186E8C" w:rsidRDefault="001E1C4C">
      <w:pPr>
        <w:tabs>
          <w:tab w:val="left" w:pos="180"/>
        </w:tabs>
        <w:autoSpaceDE w:val="0"/>
        <w:autoSpaceDN w:val="0"/>
        <w:spacing w:before="190" w:after="0" w:line="286" w:lineRule="auto"/>
        <w:rPr>
          <w:lang w:val="ru-RU"/>
        </w:rPr>
      </w:pP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Модуль «Связь музыки с другими видами искусства»: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определять стилевые и жанровые параллели между музыкой и другими видами искусств; </w:t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различат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ь и анализировать средства выразительности разных видов искусств;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импровизировать, создавать произведения в одном виде искусства на основе восприятия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произведения другого вида искусства (сочинение, рисунок по мотивам музыкального произведения, озвучиван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ие картин, кинофрагментов и т. п.) или подбирать ассоциативные пары произведений из разных видов искусств, объясняя логику выбора; </w:t>
      </w:r>
      <w:r w:rsidRPr="00186E8C">
        <w:rPr>
          <w:lang w:val="ru-RU"/>
        </w:rPr>
        <w:br/>
      </w:r>
      <w:r w:rsidRPr="00186E8C">
        <w:rPr>
          <w:lang w:val="ru-RU"/>
        </w:rPr>
        <w:tab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высказывать суждения об основной идее, средствах её воплощения, интонационных особенностях, жанре, исполнителях музыкальног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о произведения.</w:t>
      </w:r>
    </w:p>
    <w:p w14:paraId="61E215C8" w14:textId="77777777" w:rsidR="00F62BF9" w:rsidRPr="00186E8C" w:rsidRDefault="00F62BF9">
      <w:pPr>
        <w:rPr>
          <w:lang w:val="ru-RU"/>
        </w:rPr>
        <w:sectPr w:rsidR="00F62BF9" w:rsidRPr="00186E8C">
          <w:pgSz w:w="11900" w:h="16840"/>
          <w:pgMar w:top="298" w:right="854" w:bottom="1440" w:left="666" w:header="720" w:footer="720" w:gutter="0"/>
          <w:cols w:space="720" w:equalWidth="0">
            <w:col w:w="10380" w:space="0"/>
          </w:cols>
          <w:docGrid w:linePitch="360"/>
        </w:sectPr>
      </w:pPr>
    </w:p>
    <w:p w14:paraId="396A9091" w14:textId="77777777" w:rsidR="00F62BF9" w:rsidRPr="00186E8C" w:rsidRDefault="00F62BF9">
      <w:pPr>
        <w:autoSpaceDE w:val="0"/>
        <w:autoSpaceDN w:val="0"/>
        <w:spacing w:after="64" w:line="220" w:lineRule="exact"/>
        <w:rPr>
          <w:lang w:val="ru-RU"/>
        </w:rPr>
      </w:pPr>
    </w:p>
    <w:p w14:paraId="4838EEA1" w14:textId="77777777" w:rsidR="00F62BF9" w:rsidRDefault="001E1C4C">
      <w:pPr>
        <w:autoSpaceDE w:val="0"/>
        <w:autoSpaceDN w:val="0"/>
        <w:spacing w:after="210" w:line="230" w:lineRule="auto"/>
      </w:pPr>
      <w:r>
        <w:rPr>
          <w:rFonts w:ascii="Times New Roman" w:eastAsia="Times New Roman" w:hAnsi="Times New Roman"/>
          <w:b/>
          <w:color w:val="000000"/>
          <w:w w:val="97"/>
          <w:sz w:val="16"/>
        </w:rPr>
        <w:t xml:space="preserve">ТЕМАТИЧЕСКОЕ ПЛАНИРОВАНИЕ </w:t>
      </w:r>
    </w:p>
    <w:tbl>
      <w:tblPr>
        <w:tblW w:w="0" w:type="auto"/>
        <w:tblInd w:w="4" w:type="dxa"/>
        <w:tblLayout w:type="fixed"/>
        <w:tblLook w:val="04A0" w:firstRow="1" w:lastRow="0" w:firstColumn="1" w:lastColumn="0" w:noHBand="0" w:noVBand="1"/>
      </w:tblPr>
      <w:tblGrid>
        <w:gridCol w:w="320"/>
        <w:gridCol w:w="1042"/>
        <w:gridCol w:w="426"/>
        <w:gridCol w:w="896"/>
        <w:gridCol w:w="922"/>
        <w:gridCol w:w="1050"/>
        <w:gridCol w:w="1020"/>
        <w:gridCol w:w="1224"/>
        <w:gridCol w:w="650"/>
        <w:gridCol w:w="1216"/>
        <w:gridCol w:w="874"/>
        <w:gridCol w:w="5978"/>
      </w:tblGrid>
      <w:tr w:rsidR="00F62BF9" w14:paraId="486ACC0C" w14:textId="77777777">
        <w:trPr>
          <w:trHeight w:hRule="exact" w:val="282"/>
        </w:trPr>
        <w:tc>
          <w:tcPr>
            <w:tcW w:w="320" w:type="dxa"/>
            <w:vMerge w:val="restart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277C2A" w14:textId="77777777" w:rsidR="00F62BF9" w:rsidRDefault="001E1C4C">
            <w:pPr>
              <w:autoSpaceDE w:val="0"/>
              <w:autoSpaceDN w:val="0"/>
              <w:spacing w:before="64" w:after="0" w:line="245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п/п</w:t>
            </w:r>
          </w:p>
        </w:tc>
        <w:tc>
          <w:tcPr>
            <w:tcW w:w="1042" w:type="dxa"/>
            <w:vMerge w:val="restart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D343C1" w14:textId="77777777" w:rsidR="00F62BF9" w:rsidRPr="00186E8C" w:rsidRDefault="001E1C4C">
            <w:pPr>
              <w:autoSpaceDE w:val="0"/>
              <w:autoSpaceDN w:val="0"/>
              <w:spacing w:before="64" w:after="0" w:line="247" w:lineRule="auto"/>
              <w:ind w:left="58" w:right="128"/>
              <w:jc w:val="both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  <w:lang w:val="ru-RU"/>
              </w:rPr>
              <w:t>Наименование разделов и тем программы</w:t>
            </w:r>
          </w:p>
        </w:tc>
        <w:tc>
          <w:tcPr>
            <w:tcW w:w="2244" w:type="dxa"/>
            <w:gridSpan w:val="3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DB1D8C" w14:textId="77777777" w:rsidR="00F62BF9" w:rsidRDefault="001E1C4C">
            <w:pPr>
              <w:autoSpaceDE w:val="0"/>
              <w:autoSpaceDN w:val="0"/>
              <w:spacing w:before="64" w:after="0" w:line="228" w:lineRule="auto"/>
              <w:ind w:left="56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Количество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часов</w:t>
            </w:r>
            <w:proofErr w:type="spellEnd"/>
          </w:p>
        </w:tc>
        <w:tc>
          <w:tcPr>
            <w:tcW w:w="3294" w:type="dxa"/>
            <w:gridSpan w:val="3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098D48" w14:textId="77777777" w:rsidR="00F62BF9" w:rsidRDefault="001E1C4C">
            <w:pPr>
              <w:autoSpaceDE w:val="0"/>
              <w:autoSpaceDN w:val="0"/>
              <w:spacing w:before="64" w:after="0" w:line="228" w:lineRule="auto"/>
              <w:ind w:left="58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Репертуар</w:t>
            </w:r>
            <w:proofErr w:type="spellEnd"/>
          </w:p>
        </w:tc>
        <w:tc>
          <w:tcPr>
            <w:tcW w:w="650" w:type="dxa"/>
            <w:vMerge w:val="restart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7DBBBB" w14:textId="77777777" w:rsidR="00F62BF9" w:rsidRDefault="001E1C4C">
            <w:pPr>
              <w:autoSpaceDE w:val="0"/>
              <w:autoSpaceDN w:val="0"/>
              <w:spacing w:before="64" w:after="0" w:line="245" w:lineRule="auto"/>
              <w:ind w:left="58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Дата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изучения</w:t>
            </w:r>
            <w:proofErr w:type="spellEnd"/>
          </w:p>
        </w:tc>
        <w:tc>
          <w:tcPr>
            <w:tcW w:w="1216" w:type="dxa"/>
            <w:vMerge w:val="restart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97ADBB" w14:textId="77777777" w:rsidR="00F62BF9" w:rsidRDefault="001E1C4C">
            <w:pPr>
              <w:autoSpaceDE w:val="0"/>
              <w:autoSpaceDN w:val="0"/>
              <w:spacing w:before="64" w:after="0" w:line="245" w:lineRule="auto"/>
              <w:ind w:left="60" w:right="288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Виды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деятельности</w:t>
            </w:r>
            <w:proofErr w:type="spellEnd"/>
          </w:p>
        </w:tc>
        <w:tc>
          <w:tcPr>
            <w:tcW w:w="874" w:type="dxa"/>
            <w:vMerge w:val="restart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F0ACA3" w14:textId="77777777" w:rsidR="00F62BF9" w:rsidRDefault="001E1C4C">
            <w:pPr>
              <w:autoSpaceDE w:val="0"/>
              <w:autoSpaceDN w:val="0"/>
              <w:spacing w:before="64" w:after="0" w:line="247" w:lineRule="auto"/>
              <w:ind w:left="60" w:right="144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Виды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 xml:space="preserve">,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формы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контроля</w:t>
            </w:r>
            <w:proofErr w:type="spellEnd"/>
          </w:p>
        </w:tc>
        <w:tc>
          <w:tcPr>
            <w:tcW w:w="5978" w:type="dxa"/>
            <w:vMerge w:val="restart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BAA8E" w14:textId="77777777" w:rsidR="00F62BF9" w:rsidRDefault="001E1C4C">
            <w:pPr>
              <w:autoSpaceDE w:val="0"/>
              <w:autoSpaceDN w:val="0"/>
              <w:spacing w:before="64" w:after="0" w:line="228" w:lineRule="auto"/>
              <w:ind w:left="58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Электронные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цифровые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 xml:space="preserve">)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образовательные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ресурсы</w:t>
            </w:r>
            <w:proofErr w:type="spellEnd"/>
          </w:p>
        </w:tc>
      </w:tr>
      <w:tr w:rsidR="00F62BF9" w14:paraId="22C8B02E" w14:textId="77777777">
        <w:trPr>
          <w:trHeight w:hRule="exact" w:val="438"/>
        </w:trPr>
        <w:tc>
          <w:tcPr>
            <w:tcW w:w="1304" w:type="dxa"/>
            <w:vMerge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2C69F" w14:textId="77777777" w:rsidR="00F62BF9" w:rsidRDefault="00F62BF9"/>
        </w:tc>
        <w:tc>
          <w:tcPr>
            <w:tcW w:w="1304" w:type="dxa"/>
            <w:vMerge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A8893" w14:textId="77777777" w:rsidR="00F62BF9" w:rsidRDefault="00F62BF9"/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C61577" w14:textId="77777777" w:rsidR="00F62BF9" w:rsidRDefault="001E1C4C">
            <w:pPr>
              <w:autoSpaceDE w:val="0"/>
              <w:autoSpaceDN w:val="0"/>
              <w:spacing w:before="62" w:after="0" w:line="230" w:lineRule="auto"/>
              <w:jc w:val="center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всего</w:t>
            </w:r>
            <w:proofErr w:type="spellEnd"/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325A90" w14:textId="77777777" w:rsidR="00F62BF9" w:rsidRDefault="001E1C4C">
            <w:pPr>
              <w:autoSpaceDE w:val="0"/>
              <w:autoSpaceDN w:val="0"/>
              <w:spacing w:before="62" w:after="0" w:line="245" w:lineRule="auto"/>
              <w:ind w:left="60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контрольные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работы</w:t>
            </w:r>
            <w:proofErr w:type="spellEnd"/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9021A" w14:textId="77777777" w:rsidR="00F62BF9" w:rsidRDefault="001E1C4C">
            <w:pPr>
              <w:autoSpaceDE w:val="0"/>
              <w:autoSpaceDN w:val="0"/>
              <w:spacing w:before="62" w:after="0" w:line="245" w:lineRule="auto"/>
              <w:ind w:left="56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практические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работы</w:t>
            </w:r>
            <w:proofErr w:type="spellEnd"/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629DB4" w14:textId="77777777" w:rsidR="00F62BF9" w:rsidRDefault="001E1C4C">
            <w:pPr>
              <w:autoSpaceDE w:val="0"/>
              <w:autoSpaceDN w:val="0"/>
              <w:spacing w:before="62" w:after="0" w:line="230" w:lineRule="auto"/>
              <w:ind w:left="58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для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слушания</w:t>
            </w:r>
            <w:proofErr w:type="spellEnd"/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tcMar>
              <w:left w:w="0" w:type="dxa"/>
              <w:right w:w="0" w:type="dxa"/>
            </w:tcMar>
          </w:tcPr>
          <w:p w14:paraId="7748B869" w14:textId="77777777" w:rsidR="00F62BF9" w:rsidRDefault="001E1C4C">
            <w:pPr>
              <w:autoSpaceDE w:val="0"/>
              <w:autoSpaceDN w:val="0"/>
              <w:spacing w:before="62" w:after="0" w:line="230" w:lineRule="auto"/>
              <w:ind w:left="58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для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пения</w:t>
            </w:r>
            <w:proofErr w:type="spellEnd"/>
          </w:p>
        </w:tc>
        <w:tc>
          <w:tcPr>
            <w:tcW w:w="1224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D792EC" w14:textId="77777777" w:rsidR="00F62BF9" w:rsidRDefault="001E1C4C">
            <w:pPr>
              <w:autoSpaceDE w:val="0"/>
              <w:autoSpaceDN w:val="0"/>
              <w:spacing w:before="62" w:after="0" w:line="245" w:lineRule="auto"/>
              <w:ind w:left="60" w:right="144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для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музицирования</w:t>
            </w:r>
            <w:proofErr w:type="spellEnd"/>
          </w:p>
        </w:tc>
        <w:tc>
          <w:tcPr>
            <w:tcW w:w="1304" w:type="dxa"/>
            <w:vMerge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C4E76" w14:textId="77777777" w:rsidR="00F62BF9" w:rsidRDefault="00F62BF9"/>
        </w:tc>
        <w:tc>
          <w:tcPr>
            <w:tcW w:w="1304" w:type="dxa"/>
            <w:vMerge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ADFD5" w14:textId="77777777" w:rsidR="00F62BF9" w:rsidRDefault="00F62BF9"/>
        </w:tc>
        <w:tc>
          <w:tcPr>
            <w:tcW w:w="1304" w:type="dxa"/>
            <w:vMerge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9B57D" w14:textId="77777777" w:rsidR="00F62BF9" w:rsidRDefault="00F62BF9"/>
        </w:tc>
        <w:tc>
          <w:tcPr>
            <w:tcW w:w="1304" w:type="dxa"/>
            <w:vMerge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43E59" w14:textId="77777777" w:rsidR="00F62BF9" w:rsidRDefault="00F62BF9"/>
        </w:tc>
      </w:tr>
      <w:tr w:rsidR="00F62BF9" w14:paraId="24BCFA2B" w14:textId="77777777">
        <w:trPr>
          <w:trHeight w:hRule="exact" w:val="282"/>
        </w:trPr>
        <w:tc>
          <w:tcPr>
            <w:tcW w:w="1561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1B9202" w14:textId="77777777" w:rsidR="00F62BF9" w:rsidRDefault="001E1C4C">
            <w:pPr>
              <w:autoSpaceDE w:val="0"/>
              <w:autoSpaceDN w:val="0"/>
              <w:spacing w:before="60" w:after="0" w:line="230" w:lineRule="auto"/>
              <w:ind w:left="5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Модуль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1.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Музыка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моего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края</w:t>
            </w:r>
            <w:proofErr w:type="spellEnd"/>
          </w:p>
        </w:tc>
      </w:tr>
      <w:tr w:rsidR="00F62BF9" w14:paraId="58C983BB" w14:textId="77777777">
        <w:trPr>
          <w:trHeight w:hRule="exact" w:val="5392"/>
        </w:trPr>
        <w:tc>
          <w:tcPr>
            <w:tcW w:w="32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D61A3E" w14:textId="77777777" w:rsidR="00F62BF9" w:rsidRDefault="001E1C4C">
            <w:pPr>
              <w:autoSpaceDE w:val="0"/>
              <w:autoSpaceDN w:val="0"/>
              <w:spacing w:before="62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1.1.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96F1A" w14:textId="77777777" w:rsidR="00F62BF9" w:rsidRDefault="001E1C4C">
            <w:pPr>
              <w:autoSpaceDE w:val="0"/>
              <w:autoSpaceDN w:val="0"/>
              <w:spacing w:before="62" w:after="0" w:line="247" w:lineRule="auto"/>
              <w:ind w:left="58" w:right="144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Фольклор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—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народное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творчество</w:t>
            </w:r>
            <w:proofErr w:type="spellEnd"/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E80339" w14:textId="77777777" w:rsidR="00F62BF9" w:rsidRDefault="001E1C4C">
            <w:pPr>
              <w:autoSpaceDE w:val="0"/>
              <w:autoSpaceDN w:val="0"/>
              <w:spacing w:before="62" w:after="0" w:line="230" w:lineRule="auto"/>
              <w:ind w:left="56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4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D091AF" w14:textId="77777777" w:rsidR="00F62BF9" w:rsidRDefault="00F62BF9"/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1E55A" w14:textId="77777777" w:rsidR="00F62BF9" w:rsidRDefault="00F62BF9"/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8946C" w14:textId="77777777" w:rsidR="00F62BF9" w:rsidRPr="00186E8C" w:rsidRDefault="001E1C4C">
            <w:pPr>
              <w:autoSpaceDE w:val="0"/>
              <w:autoSpaceDN w:val="0"/>
              <w:spacing w:before="62" w:after="0" w:line="254" w:lineRule="auto"/>
              <w:ind w:left="58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"Камаринская", "Барыня",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"Заинька",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«Полянка»</w:t>
            </w:r>
            <w:r w:rsidRPr="00186E8C">
              <w:rPr>
                <w:lang w:val="ru-RU"/>
              </w:rPr>
              <w:br/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р.</w:t>
            </w:r>
            <w:proofErr w:type="gram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н.плясовая</w:t>
            </w:r>
            <w:proofErr w:type="spellEnd"/>
            <w:proofErr w:type="gram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"</w:t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Тимоня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",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"Краковяк", "Да молодка,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молодка" (с.</w:t>
            </w:r>
          </w:p>
          <w:p w14:paraId="53E2CE32" w14:textId="77777777" w:rsidR="00F62BF9" w:rsidRPr="00186E8C" w:rsidRDefault="001E1C4C">
            <w:pPr>
              <w:autoSpaceDE w:val="0"/>
              <w:autoSpaceDN w:val="0"/>
              <w:spacing w:before="16" w:after="0" w:line="252" w:lineRule="auto"/>
              <w:ind w:left="58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Афанасьевка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Алексеевского р-на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Белгородской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обл.), "У нас по Дону, по </w:t>
            </w:r>
            <w:r w:rsidRPr="00186E8C">
              <w:rPr>
                <w:lang w:val="ru-RU"/>
              </w:rPr>
              <w:br/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Доночку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" (с.</w:t>
            </w:r>
          </w:p>
          <w:p w14:paraId="3F0D41A2" w14:textId="77777777" w:rsidR="00F62BF9" w:rsidRPr="00186E8C" w:rsidRDefault="001E1C4C">
            <w:pPr>
              <w:autoSpaceDE w:val="0"/>
              <w:autoSpaceDN w:val="0"/>
              <w:spacing w:before="16" w:after="0" w:line="252" w:lineRule="auto"/>
              <w:ind w:left="58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Афанасьевка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Алексеевского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р-на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Белгородской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обл.), "Сяду я во лодку" (с.</w:t>
            </w:r>
          </w:p>
          <w:p w14:paraId="7A9BCC26" w14:textId="77777777" w:rsidR="00F62BF9" w:rsidRDefault="001E1C4C">
            <w:pPr>
              <w:autoSpaceDE w:val="0"/>
              <w:autoSpaceDN w:val="0"/>
              <w:spacing w:before="14" w:after="0" w:line="252" w:lineRule="auto"/>
              <w:ind w:left="58" w:right="144"/>
            </w:pP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Подсереднее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Алексеевского р-на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Белгородской обл.), "Как по морю"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(с.</w:t>
            </w:r>
          </w:p>
          <w:p w14:paraId="45F3C803" w14:textId="77777777" w:rsidR="00F62BF9" w:rsidRPr="0029425A" w:rsidRDefault="001E1C4C">
            <w:pPr>
              <w:autoSpaceDE w:val="0"/>
              <w:autoSpaceDN w:val="0"/>
              <w:spacing w:before="16" w:after="0" w:line="247" w:lineRule="auto"/>
              <w:ind w:left="58"/>
              <w:rPr>
                <w:lang w:val="ru-RU"/>
              </w:rPr>
            </w:pPr>
            <w:r w:rsidRPr="0029425A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Никольское </w:t>
            </w:r>
            <w:r w:rsidRPr="0029425A">
              <w:rPr>
                <w:lang w:val="ru-RU"/>
              </w:rPr>
              <w:br/>
            </w:r>
            <w:proofErr w:type="spellStart"/>
            <w:r w:rsidRPr="0029425A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Лаишевский</w:t>
            </w:r>
            <w:proofErr w:type="spellEnd"/>
            <w:r w:rsidRPr="0029425A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р-н РТ)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tcMar>
              <w:left w:w="0" w:type="dxa"/>
              <w:right w:w="0" w:type="dxa"/>
            </w:tcMar>
          </w:tcPr>
          <w:p w14:paraId="344CFED2" w14:textId="77777777" w:rsidR="00F62BF9" w:rsidRPr="00186E8C" w:rsidRDefault="001E1C4C">
            <w:pPr>
              <w:autoSpaceDE w:val="0"/>
              <w:autoSpaceDN w:val="0"/>
              <w:spacing w:before="62" w:after="0" w:line="254" w:lineRule="auto"/>
              <w:ind w:left="58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"Как у дяди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Трифона", "Во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ключах,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ключах, во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колодезях"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(игровая,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Орловской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обл.), "Куры вы мои" (плясовая, Ставропольский край), "Уж ты </w:t>
            </w:r>
            <w:r w:rsidRPr="00186E8C">
              <w:rPr>
                <w:lang w:val="ru-RU"/>
              </w:rPr>
              <w:br/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сенечки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"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(плясовая, РТ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Елабужский р-н)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D88F11" w14:textId="77777777" w:rsidR="00F62BF9" w:rsidRPr="00186E8C" w:rsidRDefault="001E1C4C">
            <w:pPr>
              <w:autoSpaceDE w:val="0"/>
              <w:autoSpaceDN w:val="0"/>
              <w:spacing w:before="62" w:after="0" w:line="247" w:lineRule="auto"/>
              <w:ind w:left="60" w:right="144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"Разметем лужок" (Томская обл., </w:t>
            </w:r>
            <w:r w:rsidRPr="00186E8C">
              <w:rPr>
                <w:lang w:val="ru-RU"/>
              </w:rPr>
              <w:br/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Бакчарский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р-н, с.</w:t>
            </w:r>
          </w:p>
          <w:p w14:paraId="76F52B4E" w14:textId="77777777" w:rsidR="00F62BF9" w:rsidRPr="00186E8C" w:rsidRDefault="001E1C4C">
            <w:pPr>
              <w:autoSpaceDE w:val="0"/>
              <w:autoSpaceDN w:val="0"/>
              <w:spacing w:before="16" w:after="0" w:line="250" w:lineRule="auto"/>
              <w:ind w:left="60" w:right="144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Большая Галка), "Ой, </w:t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Донюшка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, любушка" (с.</w:t>
            </w:r>
          </w:p>
          <w:p w14:paraId="368B4F04" w14:textId="77777777" w:rsidR="00F62BF9" w:rsidRPr="00186E8C" w:rsidRDefault="001E1C4C">
            <w:pPr>
              <w:autoSpaceDE w:val="0"/>
              <w:autoSpaceDN w:val="0"/>
              <w:spacing w:before="16" w:after="0" w:line="252" w:lineRule="auto"/>
              <w:ind w:left="60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Афанасьевка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Алексеевский р-н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Белгородской обл.), "Девка по саду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ходила" (с.</w:t>
            </w:r>
          </w:p>
          <w:p w14:paraId="196313B6" w14:textId="77777777" w:rsidR="00F62BF9" w:rsidRPr="00186E8C" w:rsidRDefault="001E1C4C">
            <w:pPr>
              <w:autoSpaceDE w:val="0"/>
              <w:autoSpaceDN w:val="0"/>
              <w:spacing w:before="16" w:after="0" w:line="252" w:lineRule="auto"/>
              <w:ind w:left="60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Афанасьевка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Алексеевский р-н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Белгородской обл.), "Как у нас у </w:t>
            </w:r>
            <w:r w:rsidRPr="00186E8C">
              <w:rPr>
                <w:lang w:val="ru-RU"/>
              </w:rPr>
              <w:br/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садочкю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" (с.</w:t>
            </w:r>
          </w:p>
          <w:p w14:paraId="08F7FCFF" w14:textId="77777777" w:rsidR="00F62BF9" w:rsidRPr="00186E8C" w:rsidRDefault="001E1C4C">
            <w:pPr>
              <w:autoSpaceDE w:val="0"/>
              <w:autoSpaceDN w:val="0"/>
              <w:spacing w:before="16" w:after="0" w:line="254" w:lineRule="auto"/>
              <w:ind w:left="60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Афанасьевка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Алексеевский р-н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Белгородской обл.), "Ты не стой против мене" (с. </w:t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Глуховка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Алексеевский р-н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Белгородской обл.), "Ой, </w:t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кудрявчик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, ты мой" (с. Соколка </w:t>
            </w:r>
            <w:r w:rsidRPr="00186E8C">
              <w:rPr>
                <w:lang w:val="ru-RU"/>
              </w:rPr>
              <w:br/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Бугульминского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р-н РТ), "Я круг бочки хожу" (д.</w:t>
            </w:r>
          </w:p>
          <w:p w14:paraId="2CB167E1" w14:textId="77777777" w:rsidR="00F62BF9" w:rsidRPr="00186E8C" w:rsidRDefault="001E1C4C">
            <w:pPr>
              <w:autoSpaceDE w:val="0"/>
              <w:autoSpaceDN w:val="0"/>
              <w:spacing w:before="16" w:after="0" w:line="252" w:lineRule="auto"/>
              <w:ind w:left="60"/>
              <w:rPr>
                <w:lang w:val="ru-RU"/>
              </w:rPr>
            </w:pP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Федотовская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</w:t>
            </w:r>
            <w:r w:rsidRPr="00186E8C">
              <w:rPr>
                <w:lang w:val="ru-RU"/>
              </w:rPr>
              <w:br/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Тотемского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р-на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Вологодской обл.), "Ой, улица, улица" (с. </w:t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Под</w:t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бужье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Калужская обл.)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EAE0C8" w14:textId="77777777" w:rsidR="00F62BF9" w:rsidRPr="00186E8C" w:rsidRDefault="00F62BF9">
            <w:pPr>
              <w:rPr>
                <w:lang w:val="ru-RU"/>
              </w:rPr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BE1B6B" w14:textId="77777777" w:rsidR="00F62BF9" w:rsidRPr="00186E8C" w:rsidRDefault="001E1C4C">
            <w:pPr>
              <w:autoSpaceDE w:val="0"/>
              <w:autoSpaceDN w:val="0"/>
              <w:spacing w:before="62" w:after="0" w:line="252" w:lineRule="auto"/>
              <w:ind w:left="60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Знакомство со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звучанием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фольклорных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образцов в аудио- и видеозаписи.</w:t>
            </w:r>
          </w:p>
          <w:p w14:paraId="1D2EABA5" w14:textId="77777777" w:rsidR="00F62BF9" w:rsidRPr="00186E8C" w:rsidRDefault="001E1C4C">
            <w:pPr>
              <w:autoSpaceDE w:val="0"/>
              <w:autoSpaceDN w:val="0"/>
              <w:spacing w:before="16" w:after="0" w:line="257" w:lineRule="auto"/>
              <w:ind w:left="60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Определение на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слух: ;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принадлежности к народной или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композиторской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музыке; ;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исполнительского состава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(вокального,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инструментального, смешанного); ;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жа</w:t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нра, основного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настроения,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характера музыки.; Разучивание и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исполнение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народных песен,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танцев,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инструментальных наигрышей,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фольклорных игр;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B8F44" w14:textId="77777777" w:rsidR="00F62BF9" w:rsidRDefault="001E1C4C">
            <w:pPr>
              <w:autoSpaceDE w:val="0"/>
              <w:autoSpaceDN w:val="0"/>
              <w:spacing w:before="62" w:after="0" w:line="250" w:lineRule="auto"/>
              <w:ind w:left="6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;</w:t>
            </w:r>
            <w:proofErr w:type="gram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; ;</w:t>
            </w:r>
          </w:p>
        </w:tc>
        <w:tc>
          <w:tcPr>
            <w:tcW w:w="5978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3F1A0" w14:textId="77777777" w:rsidR="00F62BF9" w:rsidRDefault="001E1C4C">
            <w:pPr>
              <w:autoSpaceDE w:val="0"/>
              <w:autoSpaceDN w:val="0"/>
              <w:spacing w:before="62" w:after="0" w:line="252" w:lineRule="auto"/>
              <w:ind w:left="5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https://helpiks.org/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http://music-fantasy.ru/video-karaoke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http://mylifedance.ru/articles/inspiration/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https://studwood.ru/793002/kulturologiya/tantsevalnyy_folklor_kak_fenomen_narodnoy_hudozhestvennoy_kultury http://открытыйурок.рф/%</w:t>
            </w:r>
          </w:p>
        </w:tc>
      </w:tr>
    </w:tbl>
    <w:p w14:paraId="45CF7978" w14:textId="77777777" w:rsidR="00F62BF9" w:rsidRDefault="00F62BF9">
      <w:pPr>
        <w:autoSpaceDE w:val="0"/>
        <w:autoSpaceDN w:val="0"/>
        <w:spacing w:after="0" w:line="14" w:lineRule="exact"/>
      </w:pPr>
    </w:p>
    <w:p w14:paraId="4373D6F2" w14:textId="77777777" w:rsidR="00F62BF9" w:rsidRDefault="00F62BF9">
      <w:pPr>
        <w:sectPr w:rsidR="00F62BF9">
          <w:pgSz w:w="16840" w:h="11900"/>
          <w:pgMar w:top="284" w:right="544" w:bottom="1440" w:left="648" w:header="720" w:footer="720" w:gutter="0"/>
          <w:cols w:space="720" w:equalWidth="0">
            <w:col w:w="15648" w:space="0"/>
          </w:cols>
          <w:docGrid w:linePitch="360"/>
        </w:sectPr>
      </w:pPr>
    </w:p>
    <w:p w14:paraId="4E09E066" w14:textId="77777777" w:rsidR="00F62BF9" w:rsidRDefault="00F62BF9">
      <w:pPr>
        <w:autoSpaceDE w:val="0"/>
        <w:autoSpaceDN w:val="0"/>
        <w:spacing w:after="66" w:line="220" w:lineRule="exact"/>
      </w:pPr>
    </w:p>
    <w:tbl>
      <w:tblPr>
        <w:tblW w:w="0" w:type="auto"/>
        <w:tblInd w:w="4" w:type="dxa"/>
        <w:tblLayout w:type="fixed"/>
        <w:tblLook w:val="04A0" w:firstRow="1" w:lastRow="0" w:firstColumn="1" w:lastColumn="0" w:noHBand="0" w:noVBand="1"/>
      </w:tblPr>
      <w:tblGrid>
        <w:gridCol w:w="320"/>
        <w:gridCol w:w="1042"/>
        <w:gridCol w:w="426"/>
        <w:gridCol w:w="896"/>
        <w:gridCol w:w="922"/>
        <w:gridCol w:w="1050"/>
        <w:gridCol w:w="1020"/>
        <w:gridCol w:w="1224"/>
        <w:gridCol w:w="650"/>
        <w:gridCol w:w="1216"/>
        <w:gridCol w:w="874"/>
        <w:gridCol w:w="5978"/>
      </w:tblGrid>
      <w:tr w:rsidR="00F62BF9" w14:paraId="26C6FD24" w14:textId="77777777">
        <w:trPr>
          <w:trHeight w:hRule="exact" w:val="3992"/>
        </w:trPr>
        <w:tc>
          <w:tcPr>
            <w:tcW w:w="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284C4" w14:textId="77777777" w:rsidR="00F62BF9" w:rsidRDefault="001E1C4C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1.2.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DC39A1" w14:textId="77777777" w:rsidR="00F62BF9" w:rsidRDefault="001E1C4C">
            <w:pPr>
              <w:autoSpaceDE w:val="0"/>
              <w:autoSpaceDN w:val="0"/>
              <w:spacing w:before="60" w:after="0" w:line="245" w:lineRule="auto"/>
              <w:ind w:left="58" w:right="144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Календарный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фольклор</w:t>
            </w:r>
            <w:proofErr w:type="spellEnd"/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9BBB05" w14:textId="77777777" w:rsidR="00F62BF9" w:rsidRDefault="001E1C4C">
            <w:pPr>
              <w:autoSpaceDE w:val="0"/>
              <w:autoSpaceDN w:val="0"/>
              <w:spacing w:before="60" w:after="0" w:line="230" w:lineRule="auto"/>
              <w:ind w:left="56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4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626703" w14:textId="77777777" w:rsidR="00F62BF9" w:rsidRDefault="00F62BF9"/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6C0C6" w14:textId="77777777" w:rsidR="00F62BF9" w:rsidRDefault="00F62BF9"/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EE27E0" w14:textId="77777777" w:rsidR="00F62BF9" w:rsidRPr="00186E8C" w:rsidRDefault="001E1C4C">
            <w:pPr>
              <w:autoSpaceDE w:val="0"/>
              <w:autoSpaceDN w:val="0"/>
              <w:spacing w:before="60" w:after="0" w:line="245" w:lineRule="auto"/>
              <w:ind w:left="58" w:right="144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"И шла баба по </w:t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леду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" </w:t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(д.</w:t>
            </w:r>
          </w:p>
          <w:p w14:paraId="497C7BD7" w14:textId="77777777" w:rsidR="00F62BF9" w:rsidRPr="00186E8C" w:rsidRDefault="001E1C4C">
            <w:pPr>
              <w:autoSpaceDE w:val="0"/>
              <w:autoSpaceDN w:val="0"/>
              <w:spacing w:before="16" w:after="0" w:line="252" w:lineRule="auto"/>
              <w:ind w:left="58"/>
              <w:rPr>
                <w:lang w:val="ru-RU"/>
              </w:rPr>
            </w:pP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Стеревнево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</w:t>
            </w:r>
            <w:r w:rsidRPr="00186E8C">
              <w:rPr>
                <w:lang w:val="ru-RU"/>
              </w:rPr>
              <w:br/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Усвятского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р-на Псковской обл.), "Радуйся, земле Сын Божий"; "А мы масленицу </w:t>
            </w:r>
            <w:r w:rsidRPr="00186E8C">
              <w:rPr>
                <w:lang w:val="ru-RU"/>
              </w:rPr>
              <w:br/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дожидали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" (д.</w:t>
            </w:r>
          </w:p>
          <w:p w14:paraId="47A7BB2D" w14:textId="77777777" w:rsidR="00F62BF9" w:rsidRPr="00186E8C" w:rsidRDefault="001E1C4C">
            <w:pPr>
              <w:autoSpaceDE w:val="0"/>
              <w:autoSpaceDN w:val="0"/>
              <w:spacing w:before="16" w:after="0" w:line="254" w:lineRule="auto"/>
              <w:ind w:left="58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Зеваки </w:t>
            </w:r>
            <w:r w:rsidRPr="00186E8C">
              <w:rPr>
                <w:lang w:val="ru-RU"/>
              </w:rPr>
              <w:br/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Усвятского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р-на Псковской обл.); "Ой, на горе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калина"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(Станица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Тбилисская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Тбилисского р-на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Краснодарского края)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tcMar>
              <w:left w:w="0" w:type="dxa"/>
              <w:right w:w="0" w:type="dxa"/>
            </w:tcMar>
          </w:tcPr>
          <w:p w14:paraId="08C47F8C" w14:textId="77777777" w:rsidR="00F62BF9" w:rsidRPr="00186E8C" w:rsidRDefault="001E1C4C">
            <w:pPr>
              <w:autoSpaceDE w:val="0"/>
              <w:autoSpaceDN w:val="0"/>
              <w:spacing w:before="60" w:after="0" w:line="254" w:lineRule="auto"/>
              <w:ind w:left="58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Колядки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"Щедрый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вечер</w:t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", "Коляда-</w:t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Краселка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"; "Ты боярыня-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хозяюшка",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"Весну звали";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"Дыб </w:t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дыбком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"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(с. Матюшино </w:t>
            </w:r>
            <w:r w:rsidRPr="00186E8C">
              <w:rPr>
                <w:lang w:val="ru-RU"/>
              </w:rPr>
              <w:br/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Верхнеусноский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р-н РТ)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5DDB4C" w14:textId="77777777" w:rsidR="00F62BF9" w:rsidRPr="00186E8C" w:rsidRDefault="001E1C4C">
            <w:pPr>
              <w:autoSpaceDE w:val="0"/>
              <w:autoSpaceDN w:val="0"/>
              <w:spacing w:before="60" w:after="0" w:line="254" w:lineRule="auto"/>
              <w:ind w:left="60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"Что в леску, в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леску", "</w:t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Святый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вечер, Василев",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"Как в Иерусалиме рано зазвонили" из репертуара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ансамбля "Казачий круг"; "Прощай-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прощай масленица", "Масленица, </w:t>
            </w:r>
            <w:r w:rsidRPr="00186E8C">
              <w:rPr>
                <w:lang w:val="ru-RU"/>
              </w:rPr>
              <w:br/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покажися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", "Агу,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весна! Агу,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красна!", "Вы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блины, мои блины, вы </w:t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блиночки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мои"; "Мы хозяину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подрядимся" (с.</w:t>
            </w:r>
          </w:p>
          <w:p w14:paraId="2CB2F0B7" w14:textId="77777777" w:rsidR="00F62BF9" w:rsidRPr="00186E8C" w:rsidRDefault="001E1C4C">
            <w:pPr>
              <w:autoSpaceDE w:val="0"/>
              <w:autoSpaceDN w:val="0"/>
              <w:spacing w:before="16" w:after="0" w:line="250" w:lineRule="auto"/>
              <w:ind w:left="60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Матюшино </w:t>
            </w:r>
            <w:r w:rsidRPr="00186E8C">
              <w:rPr>
                <w:lang w:val="ru-RU"/>
              </w:rPr>
              <w:br/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Верхнеусноский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р-н РТ), "Василь ты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мой </w:t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Василечек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" (с.</w:t>
            </w:r>
          </w:p>
          <w:p w14:paraId="67C96AEE" w14:textId="77777777" w:rsidR="00F62BF9" w:rsidRPr="00186E8C" w:rsidRDefault="001E1C4C">
            <w:pPr>
              <w:autoSpaceDE w:val="0"/>
              <w:autoSpaceDN w:val="0"/>
              <w:spacing w:before="16" w:after="0" w:line="247" w:lineRule="auto"/>
              <w:ind w:left="60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Матюшино </w:t>
            </w:r>
            <w:r w:rsidRPr="00186E8C">
              <w:rPr>
                <w:lang w:val="ru-RU"/>
              </w:rPr>
              <w:br/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Верхнеусноский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р-н РТ)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180D1F" w14:textId="77777777" w:rsidR="00F62BF9" w:rsidRPr="00186E8C" w:rsidRDefault="00F62BF9">
            <w:pPr>
              <w:rPr>
                <w:lang w:val="ru-RU"/>
              </w:rPr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BC1DDF" w14:textId="77777777" w:rsidR="00F62BF9" w:rsidRPr="00186E8C" w:rsidRDefault="001E1C4C">
            <w:pPr>
              <w:autoSpaceDE w:val="0"/>
              <w:autoSpaceDN w:val="0"/>
              <w:spacing w:before="60" w:after="0" w:line="254" w:lineRule="auto"/>
              <w:ind w:left="60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Знакомство с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символикой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календарных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обрядов, поиск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информации о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соответствующих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фольклорных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традициях.;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Разучивание и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исполнение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народных песен,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танцев.;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Реконструкция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фольклорного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обряда или его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фрагмента. Участие в народном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гулянии, празднике на улицах</w:t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своего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города, посёлка;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D2FC62" w14:textId="77777777" w:rsidR="00F62BF9" w:rsidRDefault="001E1C4C">
            <w:pPr>
              <w:autoSpaceDE w:val="0"/>
              <w:autoSpaceDN w:val="0"/>
              <w:spacing w:before="60" w:after="0" w:line="250" w:lineRule="auto"/>
              <w:ind w:left="6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;</w:t>
            </w:r>
            <w:proofErr w:type="gram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;</w:t>
            </w:r>
          </w:p>
        </w:tc>
        <w:tc>
          <w:tcPr>
            <w:tcW w:w="5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29058F" w14:textId="77777777" w:rsidR="00F62BF9" w:rsidRDefault="001E1C4C">
            <w:pPr>
              <w:autoSpaceDE w:val="0"/>
              <w:autoSpaceDN w:val="0"/>
              <w:spacing w:before="60" w:after="0" w:line="230" w:lineRule="auto"/>
              <w:ind w:left="5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https://bigenc.ru/music/text/2035081</w:t>
            </w:r>
          </w:p>
        </w:tc>
      </w:tr>
      <w:tr w:rsidR="00F62BF9" w14:paraId="44426274" w14:textId="77777777">
        <w:trPr>
          <w:trHeight w:hRule="exact" w:val="284"/>
        </w:trPr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EA1EC7" w14:textId="77777777" w:rsidR="00F62BF9" w:rsidRDefault="001E1C4C">
            <w:pPr>
              <w:autoSpaceDE w:val="0"/>
              <w:autoSpaceDN w:val="0"/>
              <w:spacing w:before="62" w:after="0" w:line="230" w:lineRule="auto"/>
              <w:ind w:left="5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модулю</w:t>
            </w:r>
            <w:proofErr w:type="spellEnd"/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AB83D2" w14:textId="77777777" w:rsidR="00F62BF9" w:rsidRDefault="001E1C4C">
            <w:pPr>
              <w:autoSpaceDE w:val="0"/>
              <w:autoSpaceDN w:val="0"/>
              <w:spacing w:before="62" w:after="0" w:line="230" w:lineRule="auto"/>
              <w:ind w:left="56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8</w:t>
            </w:r>
          </w:p>
        </w:tc>
        <w:tc>
          <w:tcPr>
            <w:tcW w:w="1383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ECECB9" w14:textId="77777777" w:rsidR="00F62BF9" w:rsidRDefault="00F62BF9"/>
        </w:tc>
      </w:tr>
      <w:tr w:rsidR="00F62BF9" w14:paraId="29719AFB" w14:textId="77777777">
        <w:trPr>
          <w:trHeight w:hRule="exact" w:val="280"/>
        </w:trPr>
        <w:tc>
          <w:tcPr>
            <w:tcW w:w="1561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C7CF89" w14:textId="77777777" w:rsidR="00F62BF9" w:rsidRDefault="001E1C4C">
            <w:pPr>
              <w:autoSpaceDE w:val="0"/>
              <w:autoSpaceDN w:val="0"/>
              <w:spacing w:before="62" w:after="0" w:line="230" w:lineRule="auto"/>
              <w:ind w:left="5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Модуль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2.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Русская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классическая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музыка</w:t>
            </w:r>
            <w:proofErr w:type="spellEnd"/>
          </w:p>
        </w:tc>
      </w:tr>
      <w:tr w:rsidR="00F62BF9" w:rsidRPr="0029425A" w14:paraId="1FD6F93F" w14:textId="77777777">
        <w:trPr>
          <w:trHeight w:hRule="exact" w:val="5548"/>
        </w:trPr>
        <w:tc>
          <w:tcPr>
            <w:tcW w:w="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534B5B" w14:textId="77777777" w:rsidR="00F62BF9" w:rsidRDefault="001E1C4C">
            <w:pPr>
              <w:autoSpaceDE w:val="0"/>
              <w:autoSpaceDN w:val="0"/>
              <w:spacing w:before="62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2.1.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7E9011" w14:textId="77777777" w:rsidR="00F62BF9" w:rsidRDefault="001E1C4C">
            <w:pPr>
              <w:autoSpaceDE w:val="0"/>
              <w:autoSpaceDN w:val="0"/>
              <w:spacing w:before="62" w:after="0" w:line="245" w:lineRule="auto"/>
              <w:ind w:left="58" w:right="144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Образы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родной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земли</w:t>
            </w:r>
            <w:proofErr w:type="spellEnd"/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9A3E2" w14:textId="77777777" w:rsidR="00F62BF9" w:rsidRDefault="001E1C4C">
            <w:pPr>
              <w:autoSpaceDE w:val="0"/>
              <w:autoSpaceDN w:val="0"/>
              <w:spacing w:before="62" w:after="0" w:line="230" w:lineRule="auto"/>
              <w:ind w:left="56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4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C0E86C" w14:textId="77777777" w:rsidR="00F62BF9" w:rsidRDefault="00F62BF9"/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A15079" w14:textId="77777777" w:rsidR="00F62BF9" w:rsidRDefault="00F62BF9"/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99189B" w14:textId="77777777" w:rsidR="00F62BF9" w:rsidRPr="00186E8C" w:rsidRDefault="001E1C4C">
            <w:pPr>
              <w:autoSpaceDE w:val="0"/>
              <w:autoSpaceDN w:val="0"/>
              <w:spacing w:before="62" w:after="0" w:line="254" w:lineRule="auto"/>
              <w:ind w:left="58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С. Рахманинов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«Концерт для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фортепиано с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оркестром»,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«Вокализ»; </w:t>
            </w:r>
            <w:r w:rsidRPr="00186E8C">
              <w:rPr>
                <w:lang w:val="ru-RU"/>
              </w:rPr>
              <w:br/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П.Чайковский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финал симфонии№4, </w:t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р.н.п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. «Во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поле березка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стояла»; «Песнь об Александре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Невском»; А. К.</w:t>
            </w:r>
          </w:p>
          <w:p w14:paraId="0351ECAC" w14:textId="77777777" w:rsidR="00F62BF9" w:rsidRDefault="001E1C4C">
            <w:pPr>
              <w:autoSpaceDE w:val="0"/>
              <w:autoSpaceDN w:val="0"/>
              <w:spacing w:before="16" w:after="0" w:line="250" w:lineRule="auto"/>
              <w:ind w:left="58" w:right="144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Лядов</w:t>
            </w:r>
            <w:proofErr w:type="spellEnd"/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Кикимора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» -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симфоническая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миниатюра</w:t>
            </w:r>
            <w:proofErr w:type="spellEnd"/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tcMar>
              <w:left w:w="0" w:type="dxa"/>
              <w:right w:w="0" w:type="dxa"/>
            </w:tcMar>
          </w:tcPr>
          <w:p w14:paraId="78F12759" w14:textId="77777777" w:rsidR="00F62BF9" w:rsidRPr="00186E8C" w:rsidRDefault="001E1C4C">
            <w:pPr>
              <w:autoSpaceDE w:val="0"/>
              <w:autoSpaceDN w:val="0"/>
              <w:spacing w:before="62" w:after="0" w:line="252" w:lineRule="auto"/>
              <w:ind w:left="58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В. Локтев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«Песня о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России»;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«</w:t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Княже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Александре» сл. и муз.</w:t>
            </w:r>
          </w:p>
          <w:p w14:paraId="567F6942" w14:textId="77777777" w:rsidR="00F62BF9" w:rsidRPr="00186E8C" w:rsidRDefault="001E1C4C">
            <w:pPr>
              <w:autoSpaceDE w:val="0"/>
              <w:autoSpaceDN w:val="0"/>
              <w:spacing w:before="14" w:after="0" w:line="252" w:lineRule="auto"/>
              <w:ind w:left="58" w:right="144"/>
              <w:rPr>
                <w:lang w:val="ru-RU"/>
              </w:rPr>
            </w:pP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Г.Лупандиной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; Музыка </w:t>
            </w:r>
            <w:r w:rsidRPr="00186E8C">
              <w:rPr>
                <w:lang w:val="ru-RU"/>
              </w:rPr>
              <w:br/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А.Морозова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слова Ю.</w:t>
            </w:r>
          </w:p>
          <w:p w14:paraId="70F5F758" w14:textId="77777777" w:rsidR="00F62BF9" w:rsidRDefault="001E1C4C">
            <w:pPr>
              <w:autoSpaceDE w:val="0"/>
              <w:autoSpaceDN w:val="0"/>
              <w:spacing w:before="14" w:after="0" w:line="250" w:lineRule="auto"/>
              <w:ind w:left="58" w:right="144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Па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ркаева</w:t>
            </w:r>
            <w:proofErr w:type="spellEnd"/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Волшебная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сказка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»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1EDA2A" w14:textId="77777777" w:rsidR="00F62BF9" w:rsidRPr="00186E8C" w:rsidRDefault="001E1C4C">
            <w:pPr>
              <w:autoSpaceDE w:val="0"/>
              <w:autoSpaceDN w:val="0"/>
              <w:spacing w:before="62" w:after="0" w:line="254" w:lineRule="auto"/>
              <w:ind w:left="60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«Романс»</w:t>
            </w:r>
            <w:r w:rsidRPr="00186E8C">
              <w:rPr>
                <w:lang w:val="ru-RU"/>
              </w:rPr>
              <w:br/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Г.Свиридова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;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«Вокализ»</w:t>
            </w:r>
            <w:r w:rsidRPr="00186E8C">
              <w:rPr>
                <w:lang w:val="ru-RU"/>
              </w:rPr>
              <w:br/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С.Рахманинова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; С. Прокофьев </w:t>
            </w:r>
            <w:proofErr w:type="spellStart"/>
            <w:proofErr w:type="gram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Кантата«</w:t>
            </w:r>
            <w:proofErr w:type="gram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Александр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Невский»: 2 часть –«Песнь об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Александре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Невском», 4 часть –«Вставайте люди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русские», 5 часть –«Ледовое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побоище», 6 часть –«Мёртвое поле»; А.</w:t>
            </w:r>
          </w:p>
          <w:p w14:paraId="65A44603" w14:textId="77777777" w:rsidR="00F62BF9" w:rsidRDefault="001E1C4C">
            <w:pPr>
              <w:autoSpaceDE w:val="0"/>
              <w:autoSpaceDN w:val="0"/>
              <w:spacing w:before="16" w:after="0" w:line="245" w:lineRule="auto"/>
              <w:ind w:left="60" w:right="28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К.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Лядов</w:t>
            </w:r>
            <w:proofErr w:type="spellEnd"/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Колыбельная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»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EC93D" w14:textId="77777777" w:rsidR="00F62BF9" w:rsidRDefault="00F62BF9"/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1B156F" w14:textId="77777777" w:rsidR="00F62BF9" w:rsidRPr="00186E8C" w:rsidRDefault="001E1C4C">
            <w:pPr>
              <w:autoSpaceDE w:val="0"/>
              <w:autoSpaceDN w:val="0"/>
              <w:spacing w:before="62" w:after="0" w:line="254" w:lineRule="auto"/>
              <w:ind w:left="60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Повторение,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обобщение опыта слушания,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проживания,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анализа музыки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русских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композиторов,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полученного в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начальных классах.</w:t>
            </w:r>
          </w:p>
          <w:p w14:paraId="3C1208DC" w14:textId="77777777" w:rsidR="00F62BF9" w:rsidRPr="00186E8C" w:rsidRDefault="001E1C4C">
            <w:pPr>
              <w:autoSpaceDE w:val="0"/>
              <w:autoSpaceDN w:val="0"/>
              <w:spacing w:before="16" w:after="0" w:line="257" w:lineRule="auto"/>
              <w:ind w:left="60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Выявление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мелодичности,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широты дыхания, интонационной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близости русскому фольклору.;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Разучивание,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исполнение не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менее одного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вокального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произведения,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сочинённого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русским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композитором-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классиком.;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Музыкальная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викторина на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знание музыки,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названий и авторов изученных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произведений.;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Рисование по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мотивам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прослушанных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музыкальных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произведений</w:t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.;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EAA8FB" w14:textId="77777777" w:rsidR="00F62BF9" w:rsidRDefault="001E1C4C">
            <w:pPr>
              <w:autoSpaceDE w:val="0"/>
              <w:autoSpaceDN w:val="0"/>
              <w:spacing w:before="62" w:after="0" w:line="245" w:lineRule="auto"/>
              <w:ind w:right="288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r>
              <w:br/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;</w:t>
            </w:r>
            <w:proofErr w:type="gramEnd"/>
          </w:p>
        </w:tc>
        <w:tc>
          <w:tcPr>
            <w:tcW w:w="5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615C7B" w14:textId="77777777" w:rsidR="00F62BF9" w:rsidRPr="00186E8C" w:rsidRDefault="001E1C4C">
            <w:pPr>
              <w:autoSpaceDE w:val="0"/>
              <w:autoSpaceDN w:val="0"/>
              <w:spacing w:before="62" w:after="0" w:line="230" w:lineRule="auto"/>
              <w:ind w:left="58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Сергеева Г.П., Критская Е.Д. Уроки музыки 5 класс: методическое пособие для учителя. - М.</w:t>
            </w:r>
          </w:p>
          <w:p w14:paraId="2D25B679" w14:textId="77777777" w:rsidR="00F62BF9" w:rsidRPr="00186E8C" w:rsidRDefault="001E1C4C">
            <w:pPr>
              <w:autoSpaceDE w:val="0"/>
              <w:autoSpaceDN w:val="0"/>
              <w:spacing w:before="16" w:after="0" w:line="230" w:lineRule="auto"/>
              <w:ind w:left="58"/>
              <w:rPr>
                <w:lang w:val="ru-RU"/>
              </w:rPr>
            </w:pPr>
            <w:proofErr w:type="gram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:Просвещение</w:t>
            </w:r>
            <w:proofErr w:type="gram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, 2012.</w:t>
            </w:r>
          </w:p>
          <w:p w14:paraId="1AD606FE" w14:textId="77777777" w:rsidR="00F62BF9" w:rsidRPr="00186E8C" w:rsidRDefault="001E1C4C">
            <w:pPr>
              <w:autoSpaceDE w:val="0"/>
              <w:autoSpaceDN w:val="0"/>
              <w:spacing w:before="16" w:after="0" w:line="245" w:lineRule="auto"/>
              <w:ind w:left="58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Сергеева Г.П., Критская Е.Д. Музыка: учебник для учащихся 5 класса общеобразовательных учреждений.-</w:t>
            </w:r>
            <w:proofErr w:type="gram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М. :Просвещение</w:t>
            </w:r>
            <w:proofErr w:type="gram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, 2011.</w:t>
            </w:r>
          </w:p>
        </w:tc>
      </w:tr>
    </w:tbl>
    <w:p w14:paraId="1524977E" w14:textId="77777777" w:rsidR="00F62BF9" w:rsidRPr="00186E8C" w:rsidRDefault="00F62BF9">
      <w:pPr>
        <w:autoSpaceDE w:val="0"/>
        <w:autoSpaceDN w:val="0"/>
        <w:spacing w:after="0" w:line="14" w:lineRule="exact"/>
        <w:rPr>
          <w:lang w:val="ru-RU"/>
        </w:rPr>
      </w:pPr>
    </w:p>
    <w:p w14:paraId="37D479B1" w14:textId="77777777" w:rsidR="00F62BF9" w:rsidRPr="00186E8C" w:rsidRDefault="00F62BF9">
      <w:pPr>
        <w:rPr>
          <w:lang w:val="ru-RU"/>
        </w:rPr>
        <w:sectPr w:rsidR="00F62BF9" w:rsidRPr="00186E8C">
          <w:pgSz w:w="16840" w:h="11900"/>
          <w:pgMar w:top="284" w:right="544" w:bottom="598" w:left="648" w:header="720" w:footer="720" w:gutter="0"/>
          <w:cols w:space="720" w:equalWidth="0">
            <w:col w:w="15648" w:space="0"/>
          </w:cols>
          <w:docGrid w:linePitch="360"/>
        </w:sectPr>
      </w:pPr>
    </w:p>
    <w:p w14:paraId="6D4D48A0" w14:textId="77777777" w:rsidR="00F62BF9" w:rsidRPr="00186E8C" w:rsidRDefault="00F62BF9">
      <w:pPr>
        <w:autoSpaceDE w:val="0"/>
        <w:autoSpaceDN w:val="0"/>
        <w:spacing w:after="66" w:line="220" w:lineRule="exact"/>
        <w:rPr>
          <w:lang w:val="ru-RU"/>
        </w:rPr>
      </w:pPr>
    </w:p>
    <w:tbl>
      <w:tblPr>
        <w:tblW w:w="0" w:type="auto"/>
        <w:tblInd w:w="4" w:type="dxa"/>
        <w:tblLayout w:type="fixed"/>
        <w:tblLook w:val="04A0" w:firstRow="1" w:lastRow="0" w:firstColumn="1" w:lastColumn="0" w:noHBand="0" w:noVBand="1"/>
      </w:tblPr>
      <w:tblGrid>
        <w:gridCol w:w="320"/>
        <w:gridCol w:w="1042"/>
        <w:gridCol w:w="426"/>
        <w:gridCol w:w="896"/>
        <w:gridCol w:w="922"/>
        <w:gridCol w:w="1050"/>
        <w:gridCol w:w="1020"/>
        <w:gridCol w:w="1224"/>
        <w:gridCol w:w="650"/>
        <w:gridCol w:w="1216"/>
        <w:gridCol w:w="874"/>
        <w:gridCol w:w="5978"/>
      </w:tblGrid>
      <w:tr w:rsidR="00F62BF9" w14:paraId="1DE0A39F" w14:textId="77777777">
        <w:trPr>
          <w:trHeight w:hRule="exact" w:val="3858"/>
        </w:trPr>
        <w:tc>
          <w:tcPr>
            <w:tcW w:w="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E80D59" w14:textId="77777777" w:rsidR="00F62BF9" w:rsidRDefault="001E1C4C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2.2.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54E67A" w14:textId="77777777" w:rsidR="00F62BF9" w:rsidRDefault="001E1C4C">
            <w:pPr>
              <w:autoSpaceDE w:val="0"/>
              <w:autoSpaceDN w:val="0"/>
              <w:spacing w:before="60" w:after="0" w:line="247" w:lineRule="auto"/>
              <w:ind w:left="5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Русская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исполнительская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школа</w:t>
            </w:r>
            <w:proofErr w:type="spellEnd"/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1A9351" w14:textId="77777777" w:rsidR="00F62BF9" w:rsidRDefault="001E1C4C">
            <w:pPr>
              <w:autoSpaceDE w:val="0"/>
              <w:autoSpaceDN w:val="0"/>
              <w:spacing w:before="60" w:after="0" w:line="230" w:lineRule="auto"/>
              <w:ind w:left="56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3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2385C" w14:textId="77777777" w:rsidR="00F62BF9" w:rsidRDefault="00F62BF9"/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8E229" w14:textId="77777777" w:rsidR="00F62BF9" w:rsidRDefault="00F62BF9"/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591656" w14:textId="77777777" w:rsidR="00F62BF9" w:rsidRPr="00186E8C" w:rsidRDefault="001E1C4C">
            <w:pPr>
              <w:autoSpaceDE w:val="0"/>
              <w:autoSpaceDN w:val="0"/>
              <w:spacing w:before="60" w:after="0" w:line="247" w:lineRule="auto"/>
              <w:ind w:left="58" w:right="144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«Марш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Черномора» из оперы М. И.</w:t>
            </w:r>
          </w:p>
          <w:p w14:paraId="55BABA1B" w14:textId="77777777" w:rsidR="00F62BF9" w:rsidRPr="00186E8C" w:rsidRDefault="001E1C4C">
            <w:pPr>
              <w:autoSpaceDE w:val="0"/>
              <w:autoSpaceDN w:val="0"/>
              <w:spacing w:before="16" w:after="0" w:line="250" w:lineRule="auto"/>
              <w:ind w:left="58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Глинки «Руслан и Людмила»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(видео и аудио);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tcMar>
              <w:left w:w="0" w:type="dxa"/>
              <w:right w:w="0" w:type="dxa"/>
            </w:tcMar>
          </w:tcPr>
          <w:p w14:paraId="778287FB" w14:textId="77777777" w:rsidR="00F62BF9" w:rsidRDefault="001E1C4C">
            <w:pPr>
              <w:autoSpaceDE w:val="0"/>
              <w:autoSpaceDN w:val="0"/>
              <w:spacing w:before="60" w:after="0" w:line="245" w:lineRule="auto"/>
              <w:ind w:left="58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"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Дружба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-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это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не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";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790C8" w14:textId="77777777" w:rsidR="00F62BF9" w:rsidRPr="00186E8C" w:rsidRDefault="001E1C4C">
            <w:pPr>
              <w:autoSpaceDE w:val="0"/>
              <w:autoSpaceDN w:val="0"/>
              <w:spacing w:before="60" w:after="0" w:line="252" w:lineRule="auto"/>
              <w:ind w:left="60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фрагменты из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программы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«Академия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музыкальных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искусств», песня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«Всё очень просто», муз.</w:t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Г. М.</w:t>
            </w:r>
          </w:p>
          <w:p w14:paraId="686A385F" w14:textId="77777777" w:rsidR="00F62BF9" w:rsidRPr="00186E8C" w:rsidRDefault="001E1C4C">
            <w:pPr>
              <w:autoSpaceDE w:val="0"/>
              <w:autoSpaceDN w:val="0"/>
              <w:spacing w:before="16" w:after="0" w:line="245" w:lineRule="auto"/>
              <w:ind w:left="60"/>
              <w:rPr>
                <w:lang w:val="ru-RU"/>
              </w:rPr>
            </w:pP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Азаматовой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-Бас;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И.СТРАВИНСКИЙ.</w:t>
            </w:r>
          </w:p>
          <w:p w14:paraId="4E018E0B" w14:textId="77777777" w:rsidR="00F62BF9" w:rsidRPr="00186E8C" w:rsidRDefault="001E1C4C">
            <w:pPr>
              <w:autoSpaceDE w:val="0"/>
              <w:autoSpaceDN w:val="0"/>
              <w:spacing w:before="16" w:after="0" w:line="252" w:lineRule="auto"/>
              <w:ind w:left="60" w:right="144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БАЛЕТ "ВЕСНА СВЯЩЕННАЯ", ФИНАЛ (звучит фрагмент финала балета </w:t>
            </w:r>
            <w:r w:rsidRPr="00186E8C">
              <w:rPr>
                <w:lang w:val="ru-RU"/>
              </w:rPr>
              <w:br/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И.Стравинского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);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B32DAA" w14:textId="77777777" w:rsidR="00F62BF9" w:rsidRPr="00186E8C" w:rsidRDefault="00F62BF9">
            <w:pPr>
              <w:rPr>
                <w:lang w:val="ru-RU"/>
              </w:rPr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EB9B49" w14:textId="77777777" w:rsidR="00F62BF9" w:rsidRPr="00186E8C" w:rsidRDefault="001E1C4C">
            <w:pPr>
              <w:autoSpaceDE w:val="0"/>
              <w:autoSpaceDN w:val="0"/>
              <w:spacing w:before="60" w:after="0" w:line="257" w:lineRule="auto"/>
              <w:ind w:left="60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Слушание одних и тех же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произведений в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исполнении разных музыкантов, оценка особенностей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интерпретации.;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Создание домашней фоно- и в</w:t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идеотеки из понравившихся произведений.;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Дискуссия на </w:t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тему«Исполнитель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—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соавтор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композитора».;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Исследовательские проекты,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посвящённые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биографиям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известных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отечественных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исполнителей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классической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музыки;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B13921" w14:textId="77777777" w:rsidR="00F62BF9" w:rsidRDefault="001E1C4C">
            <w:pPr>
              <w:autoSpaceDE w:val="0"/>
              <w:autoSpaceDN w:val="0"/>
              <w:spacing w:before="60" w:after="0" w:line="250" w:lineRule="auto"/>
              <w:ind w:left="6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r>
              <w:br/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;</w:t>
            </w:r>
            <w:proofErr w:type="gram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;</w:t>
            </w:r>
          </w:p>
        </w:tc>
        <w:tc>
          <w:tcPr>
            <w:tcW w:w="5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E97956" w14:textId="77777777" w:rsidR="00F62BF9" w:rsidRDefault="001E1C4C">
            <w:pPr>
              <w:autoSpaceDE w:val="0"/>
              <w:autoSpaceDN w:val="0"/>
              <w:spacing w:before="60" w:after="0" w:line="245" w:lineRule="auto"/>
              <w:ind w:left="58" w:right="403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https://bigenc.ru/music/text/2364181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https://bigenc.ru/music/text/4167761</w:t>
            </w:r>
          </w:p>
        </w:tc>
      </w:tr>
      <w:tr w:rsidR="00F62BF9" w14:paraId="3249C6A1" w14:textId="77777777">
        <w:trPr>
          <w:trHeight w:hRule="exact" w:val="282"/>
        </w:trPr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F1DA43" w14:textId="77777777" w:rsidR="00F62BF9" w:rsidRDefault="001E1C4C">
            <w:pPr>
              <w:autoSpaceDE w:val="0"/>
              <w:autoSpaceDN w:val="0"/>
              <w:spacing w:before="62" w:after="0" w:line="230" w:lineRule="auto"/>
              <w:ind w:left="5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модулю</w:t>
            </w:r>
            <w:proofErr w:type="spellEnd"/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4F0B77" w14:textId="77777777" w:rsidR="00F62BF9" w:rsidRDefault="001E1C4C">
            <w:pPr>
              <w:autoSpaceDE w:val="0"/>
              <w:autoSpaceDN w:val="0"/>
              <w:spacing w:before="62" w:after="0" w:line="230" w:lineRule="auto"/>
              <w:ind w:left="56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7</w:t>
            </w:r>
          </w:p>
        </w:tc>
        <w:tc>
          <w:tcPr>
            <w:tcW w:w="1383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77A6E0" w14:textId="77777777" w:rsidR="00F62BF9" w:rsidRDefault="00F62BF9"/>
        </w:tc>
      </w:tr>
      <w:tr w:rsidR="00F62BF9" w14:paraId="1DB99E7D" w14:textId="77777777">
        <w:trPr>
          <w:trHeight w:hRule="exact" w:val="260"/>
        </w:trPr>
        <w:tc>
          <w:tcPr>
            <w:tcW w:w="1561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55CD81" w14:textId="77777777" w:rsidR="00F62BF9" w:rsidRDefault="001E1C4C">
            <w:pPr>
              <w:autoSpaceDE w:val="0"/>
              <w:autoSpaceDN w:val="0"/>
              <w:spacing w:before="60" w:after="0" w:line="230" w:lineRule="auto"/>
              <w:ind w:left="5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Модуль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3.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Европейская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классическая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</w:rPr>
              <w:t>музыка</w:t>
            </w:r>
            <w:proofErr w:type="spellEnd"/>
          </w:p>
        </w:tc>
      </w:tr>
    </w:tbl>
    <w:p w14:paraId="7501E5F7" w14:textId="77777777" w:rsidR="00F62BF9" w:rsidRDefault="00F62BF9">
      <w:pPr>
        <w:autoSpaceDE w:val="0"/>
        <w:autoSpaceDN w:val="0"/>
        <w:spacing w:after="0" w:line="14" w:lineRule="exact"/>
      </w:pPr>
    </w:p>
    <w:p w14:paraId="64E03CA6" w14:textId="77777777" w:rsidR="00F62BF9" w:rsidRDefault="00F62BF9">
      <w:pPr>
        <w:sectPr w:rsidR="00F62BF9">
          <w:pgSz w:w="16840" w:h="11900"/>
          <w:pgMar w:top="284" w:right="544" w:bottom="1440" w:left="648" w:header="720" w:footer="720" w:gutter="0"/>
          <w:cols w:space="720" w:equalWidth="0">
            <w:col w:w="15648" w:space="0"/>
          </w:cols>
          <w:docGrid w:linePitch="360"/>
        </w:sectPr>
      </w:pPr>
    </w:p>
    <w:p w14:paraId="09839954" w14:textId="77777777" w:rsidR="00F62BF9" w:rsidRDefault="00F62BF9">
      <w:pPr>
        <w:autoSpaceDE w:val="0"/>
        <w:autoSpaceDN w:val="0"/>
        <w:spacing w:after="66" w:line="220" w:lineRule="exact"/>
      </w:pPr>
    </w:p>
    <w:tbl>
      <w:tblPr>
        <w:tblW w:w="0" w:type="auto"/>
        <w:tblInd w:w="4" w:type="dxa"/>
        <w:tblLayout w:type="fixed"/>
        <w:tblLook w:val="04A0" w:firstRow="1" w:lastRow="0" w:firstColumn="1" w:lastColumn="0" w:noHBand="0" w:noVBand="1"/>
      </w:tblPr>
      <w:tblGrid>
        <w:gridCol w:w="320"/>
        <w:gridCol w:w="1042"/>
        <w:gridCol w:w="426"/>
        <w:gridCol w:w="896"/>
        <w:gridCol w:w="922"/>
        <w:gridCol w:w="1050"/>
        <w:gridCol w:w="1020"/>
        <w:gridCol w:w="1224"/>
        <w:gridCol w:w="650"/>
        <w:gridCol w:w="1216"/>
        <w:gridCol w:w="874"/>
        <w:gridCol w:w="5978"/>
      </w:tblGrid>
      <w:tr w:rsidR="00F62BF9" w14:paraId="5CC13331" w14:textId="77777777">
        <w:trPr>
          <w:trHeight w:hRule="exact" w:val="9320"/>
        </w:trPr>
        <w:tc>
          <w:tcPr>
            <w:tcW w:w="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9DEA02" w14:textId="77777777" w:rsidR="00F62BF9" w:rsidRDefault="001E1C4C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3.1.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2714EE" w14:textId="77777777" w:rsidR="00F62BF9" w:rsidRDefault="001E1C4C">
            <w:pPr>
              <w:autoSpaceDE w:val="0"/>
              <w:autoSpaceDN w:val="0"/>
              <w:spacing w:before="60" w:after="0" w:line="250" w:lineRule="auto"/>
              <w:ind w:left="58" w:right="144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Национальные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истоки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классической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музыки</w:t>
            </w:r>
            <w:proofErr w:type="spellEnd"/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5AF63B" w14:textId="77777777" w:rsidR="00F62BF9" w:rsidRDefault="001E1C4C">
            <w:pPr>
              <w:autoSpaceDE w:val="0"/>
              <w:autoSpaceDN w:val="0"/>
              <w:spacing w:before="60" w:after="0" w:line="230" w:lineRule="auto"/>
              <w:ind w:left="56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5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5145E" w14:textId="77777777" w:rsidR="00F62BF9" w:rsidRDefault="00F62BF9"/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0B394F" w14:textId="77777777" w:rsidR="00F62BF9" w:rsidRDefault="00F62BF9"/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A25967" w14:textId="77777777" w:rsidR="00F62BF9" w:rsidRDefault="001E1C4C">
            <w:pPr>
              <w:autoSpaceDE w:val="0"/>
              <w:autoSpaceDN w:val="0"/>
              <w:spacing w:before="60" w:after="0" w:line="247" w:lineRule="auto"/>
              <w:ind w:left="58" w:right="84"/>
              <w:jc w:val="both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Э.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Григ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. 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Утро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»; Ф.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Шуберт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«Ave Maria»; Л.</w:t>
            </w:r>
          </w:p>
          <w:p w14:paraId="474C85C1" w14:textId="77777777" w:rsidR="00F62BF9" w:rsidRDefault="001E1C4C">
            <w:pPr>
              <w:autoSpaceDE w:val="0"/>
              <w:autoSpaceDN w:val="0"/>
              <w:spacing w:before="16" w:after="0" w:line="252" w:lineRule="auto"/>
              <w:ind w:left="5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Бетховен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Соната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№ 8,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“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Патетическая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”(</w:t>
            </w:r>
            <w:proofErr w:type="gram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c-moll),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Соната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№ 14, “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Лунная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”(cis-moll); Ф.</w:t>
            </w:r>
          </w:p>
          <w:p w14:paraId="5DB425F0" w14:textId="77777777" w:rsidR="00F62BF9" w:rsidRPr="00186E8C" w:rsidRDefault="001E1C4C">
            <w:pPr>
              <w:autoSpaceDE w:val="0"/>
              <w:autoSpaceDN w:val="0"/>
              <w:spacing w:before="16" w:after="0" w:line="252" w:lineRule="auto"/>
              <w:ind w:left="58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Шопен «Вальс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с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is</w:t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–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moll</w:t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№ 7</w:t>
            </w:r>
            <w:proofErr w:type="gram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»,«</w:t>
            </w:r>
            <w:proofErr w:type="gram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Вальс а –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moll</w:t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»; Г. Берлиоз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«Фантастическая симфония» ор.</w:t>
            </w:r>
          </w:p>
          <w:p w14:paraId="63204672" w14:textId="77777777" w:rsidR="00F62BF9" w:rsidRDefault="001E1C4C">
            <w:pPr>
              <w:autoSpaceDE w:val="0"/>
              <w:autoSpaceDN w:val="0"/>
              <w:spacing w:before="16" w:after="0" w:line="245" w:lineRule="auto"/>
              <w:ind w:right="144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14, 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Гарольд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в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Италии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»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ор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. 16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tcMar>
              <w:left w:w="0" w:type="dxa"/>
              <w:right w:w="0" w:type="dxa"/>
            </w:tcMar>
          </w:tcPr>
          <w:p w14:paraId="683B7095" w14:textId="77777777" w:rsidR="00F62BF9" w:rsidRPr="00186E8C" w:rsidRDefault="001E1C4C">
            <w:pPr>
              <w:autoSpaceDE w:val="0"/>
              <w:autoSpaceDN w:val="0"/>
              <w:spacing w:before="60" w:after="0" w:line="250" w:lineRule="auto"/>
              <w:ind w:left="58" w:right="144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«Моя </w:t>
            </w:r>
            <w:proofErr w:type="spellStart"/>
            <w:proofErr w:type="gram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Россия»Г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.</w:t>
            </w:r>
            <w:proofErr w:type="gram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Струве;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«Песню о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картинах» Г.</w:t>
            </w:r>
          </w:p>
          <w:p w14:paraId="4B5AF6EB" w14:textId="77777777" w:rsidR="00F62BF9" w:rsidRDefault="001E1C4C">
            <w:pPr>
              <w:autoSpaceDE w:val="0"/>
              <w:autoSpaceDN w:val="0"/>
              <w:spacing w:before="16" w:after="0" w:line="230" w:lineRule="auto"/>
              <w:ind w:left="5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Гладкого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;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BF79B2" w14:textId="77777777" w:rsidR="00F62BF9" w:rsidRDefault="001E1C4C">
            <w:pPr>
              <w:autoSpaceDE w:val="0"/>
              <w:autoSpaceDN w:val="0"/>
              <w:spacing w:before="60" w:after="0" w:line="257" w:lineRule="auto"/>
              <w:ind w:left="6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Э.Григ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«В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пещере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горного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короля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»,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Песня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Сольвейг</w:t>
            </w:r>
            <w:proofErr w:type="spellEnd"/>
            <w:proofErr w:type="gram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»,«</w:t>
            </w:r>
            <w:proofErr w:type="spellStart"/>
            <w:proofErr w:type="gram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Танец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Анитры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»;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Ф.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Шуберт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"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Фореллен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квинтет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", "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Вечерняя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серенада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",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"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Симфония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No.8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си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минор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"; Л.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Бетховен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Соната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№ 21,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“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Аврора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” (C-dur),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Соната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№ 23,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“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Аппассионата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” (f-moll);ф.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Шопен</w:t>
            </w:r>
            <w:proofErr w:type="spellEnd"/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Ноктюрн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h-moll»,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Этюд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№ 12 c-moll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Революционный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», Г.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Берлиоз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Ромео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Джульетта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»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ор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17,«</w:t>
            </w:r>
            <w:proofErr w:type="gram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Траурно-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триумфальная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симфония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»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ор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. 15,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Сара-купальщица»по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Гюго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ор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. 11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CAA2E" w14:textId="77777777" w:rsidR="00F62BF9" w:rsidRDefault="00F62BF9"/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09A51E" w14:textId="77777777" w:rsidR="00F62BF9" w:rsidRPr="00186E8C" w:rsidRDefault="001E1C4C">
            <w:pPr>
              <w:autoSpaceDE w:val="0"/>
              <w:autoSpaceDN w:val="0"/>
              <w:spacing w:before="60" w:after="0" w:line="257" w:lineRule="auto"/>
              <w:ind w:left="60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Знакомство с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образцами музыки разных жанров,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типичных для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рассматриваемых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национальных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стилей, творчества изучаемых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композиторов.;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Определение на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слух характерных интонаций, ритмов, элементов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музыкального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языка, умение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напеть наиболее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яркие интонации,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прохлопать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ритмические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примеры из числа изучаемых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классических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произведений.;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Разучивание,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исполнение не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менее одного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вокального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произведения,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сочинённого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композитором-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классиком (из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числа изучаемых в данном разделе).;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Музыкальная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викторина на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знание музыки,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названий и авторов изученных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произведений.;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Исследовательские </w:t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проекты о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творчестве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европейских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композиторов-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классиков,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представителей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национальных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школ.;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Просмотр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художественных и документальных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фильмов о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творчестве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выдающих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европейских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композиторов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с последующим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обсуждением в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классе.;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1033DC" w14:textId="77777777" w:rsidR="00F62BF9" w:rsidRDefault="001E1C4C">
            <w:pPr>
              <w:autoSpaceDE w:val="0"/>
              <w:autoSpaceDN w:val="0"/>
              <w:spacing w:before="60" w:after="0" w:line="250" w:lineRule="auto"/>
              <w:ind w:left="6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r>
              <w:br/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;</w:t>
            </w:r>
            <w:proofErr w:type="gram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;</w:t>
            </w:r>
          </w:p>
        </w:tc>
        <w:tc>
          <w:tcPr>
            <w:tcW w:w="5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A24F19" w14:textId="77777777" w:rsidR="00F62BF9" w:rsidRDefault="001E1C4C">
            <w:pPr>
              <w:autoSpaceDE w:val="0"/>
              <w:autoSpaceDN w:val="0"/>
              <w:spacing w:before="60" w:after="0" w:line="252" w:lineRule="auto"/>
              <w:ind w:left="58" w:right="244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http://art.niv.ru/doc/encyclopedia/music/articles/28/berlioz-g-l.htm https://bigenc.ru/music/text/4923029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https://bigenc.ru/music/text/2379090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https://bigenc.ru/music/text/1864955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https://bigenc.ru/music/text/4945046</w:t>
            </w:r>
          </w:p>
        </w:tc>
      </w:tr>
    </w:tbl>
    <w:p w14:paraId="7AD5D915" w14:textId="77777777" w:rsidR="00F62BF9" w:rsidRDefault="00F62BF9">
      <w:pPr>
        <w:autoSpaceDE w:val="0"/>
        <w:autoSpaceDN w:val="0"/>
        <w:spacing w:after="0" w:line="14" w:lineRule="exact"/>
      </w:pPr>
    </w:p>
    <w:p w14:paraId="78F5E540" w14:textId="77777777" w:rsidR="00F62BF9" w:rsidRDefault="00F62BF9">
      <w:pPr>
        <w:sectPr w:rsidR="00F62BF9">
          <w:pgSz w:w="16840" w:h="11900"/>
          <w:pgMar w:top="284" w:right="544" w:bottom="990" w:left="648" w:header="720" w:footer="720" w:gutter="0"/>
          <w:cols w:space="720" w:equalWidth="0">
            <w:col w:w="15648" w:space="0"/>
          </w:cols>
          <w:docGrid w:linePitch="360"/>
        </w:sectPr>
      </w:pPr>
    </w:p>
    <w:p w14:paraId="0C68B460" w14:textId="77777777" w:rsidR="00F62BF9" w:rsidRDefault="00F62BF9">
      <w:pPr>
        <w:autoSpaceDE w:val="0"/>
        <w:autoSpaceDN w:val="0"/>
        <w:spacing w:after="66" w:line="220" w:lineRule="exact"/>
      </w:pPr>
    </w:p>
    <w:tbl>
      <w:tblPr>
        <w:tblW w:w="0" w:type="auto"/>
        <w:tblInd w:w="4" w:type="dxa"/>
        <w:tblLayout w:type="fixed"/>
        <w:tblLook w:val="04A0" w:firstRow="1" w:lastRow="0" w:firstColumn="1" w:lastColumn="0" w:noHBand="0" w:noVBand="1"/>
      </w:tblPr>
      <w:tblGrid>
        <w:gridCol w:w="320"/>
        <w:gridCol w:w="1042"/>
        <w:gridCol w:w="426"/>
        <w:gridCol w:w="896"/>
        <w:gridCol w:w="922"/>
        <w:gridCol w:w="1050"/>
        <w:gridCol w:w="1020"/>
        <w:gridCol w:w="1224"/>
        <w:gridCol w:w="650"/>
        <w:gridCol w:w="1216"/>
        <w:gridCol w:w="874"/>
        <w:gridCol w:w="5978"/>
      </w:tblGrid>
      <w:tr w:rsidR="00F62BF9" w14:paraId="6E880E14" w14:textId="77777777">
        <w:trPr>
          <w:trHeight w:hRule="exact" w:val="5840"/>
        </w:trPr>
        <w:tc>
          <w:tcPr>
            <w:tcW w:w="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DC7E8C" w14:textId="77777777" w:rsidR="00F62BF9" w:rsidRDefault="001E1C4C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3.2.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EF9920" w14:textId="77777777" w:rsidR="00F62BF9" w:rsidRDefault="001E1C4C">
            <w:pPr>
              <w:autoSpaceDE w:val="0"/>
              <w:autoSpaceDN w:val="0"/>
              <w:spacing w:before="60" w:after="0" w:line="245" w:lineRule="auto"/>
              <w:ind w:left="58" w:right="28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Музыкант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публика</w:t>
            </w:r>
            <w:proofErr w:type="spellEnd"/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D2396B" w14:textId="77777777" w:rsidR="00F62BF9" w:rsidRDefault="001E1C4C">
            <w:pPr>
              <w:autoSpaceDE w:val="0"/>
              <w:autoSpaceDN w:val="0"/>
              <w:spacing w:before="60" w:after="0" w:line="230" w:lineRule="auto"/>
              <w:ind w:left="56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5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17AB7" w14:textId="77777777" w:rsidR="00F62BF9" w:rsidRDefault="00F62BF9"/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FD84D7" w14:textId="77777777" w:rsidR="00F62BF9" w:rsidRDefault="00F62BF9"/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DDF517" w14:textId="77777777" w:rsidR="00F62BF9" w:rsidRPr="00186E8C" w:rsidRDefault="001E1C4C">
            <w:pPr>
              <w:autoSpaceDE w:val="0"/>
              <w:autoSpaceDN w:val="0"/>
              <w:spacing w:before="60" w:after="0" w:line="252" w:lineRule="auto"/>
              <w:ind w:left="58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И.С. Бах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"Токката и фуга ре минор",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"Ария альта из "Страстей по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Матфею"; В.А.</w:t>
            </w:r>
          </w:p>
          <w:p w14:paraId="691023AF" w14:textId="77777777" w:rsidR="00F62BF9" w:rsidRPr="00186E8C" w:rsidRDefault="001E1C4C">
            <w:pPr>
              <w:autoSpaceDE w:val="0"/>
              <w:autoSpaceDN w:val="0"/>
              <w:spacing w:before="16" w:after="0" w:line="257" w:lineRule="auto"/>
              <w:ind w:left="58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Моцарт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"Лакримоза"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("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Lacrimosa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") из Реквиема",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"Симфония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№40, 1 часть";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И. Брамс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"Третья часть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симфонии №3,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фа мажор", "Хор№1 из цикла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"Четыре напева" на стихи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Фридриха </w:t>
            </w:r>
            <w:r w:rsidRPr="00186E8C">
              <w:rPr>
                <w:lang w:val="ru-RU"/>
              </w:rPr>
              <w:br/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Руперти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для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арфы, двух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валторн и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женского хора"; Ф. Лист "Соната си-минор",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«Грёзы любви»(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Liebestraum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Ноктюрн №3)"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tcMar>
              <w:left w:w="0" w:type="dxa"/>
              <w:right w:w="0" w:type="dxa"/>
            </w:tcMar>
          </w:tcPr>
          <w:p w14:paraId="2B35D07C" w14:textId="77777777" w:rsidR="00F62BF9" w:rsidRPr="00186E8C" w:rsidRDefault="001E1C4C">
            <w:pPr>
              <w:autoSpaceDE w:val="0"/>
              <w:autoSpaceDN w:val="0"/>
              <w:spacing w:before="60" w:after="0" w:line="252" w:lineRule="auto"/>
              <w:ind w:left="58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"Ты, да я, да мы с тобой" </w:t>
            </w:r>
            <w:r w:rsidRPr="00186E8C">
              <w:rPr>
                <w:lang w:val="ru-RU"/>
              </w:rPr>
              <w:br/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Пляцковский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Шаинский;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"Оркестр"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8BEBB4" w14:textId="77777777" w:rsidR="00F62BF9" w:rsidRPr="00186E8C" w:rsidRDefault="001E1C4C">
            <w:pPr>
              <w:autoSpaceDE w:val="0"/>
              <w:autoSpaceDN w:val="0"/>
              <w:spacing w:before="60" w:after="0" w:line="252" w:lineRule="auto"/>
              <w:ind w:left="60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И.С. Бах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"</w:t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Бадинери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" из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оркестровой сюиты№2 си минор",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"Ария из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оркестровой сюиты№3 ре мажор"; В.А.</w:t>
            </w:r>
          </w:p>
          <w:p w14:paraId="74DE3D3E" w14:textId="77777777" w:rsidR="00F62BF9" w:rsidRPr="00186E8C" w:rsidRDefault="001E1C4C">
            <w:pPr>
              <w:autoSpaceDE w:val="0"/>
              <w:autoSpaceDN w:val="0"/>
              <w:spacing w:before="16" w:after="0" w:line="257" w:lineRule="auto"/>
              <w:ind w:left="60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Моцарт "Ария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Царицы ночи из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оперы "Волшебная флейта", "Ария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Фигаро из оперы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"Свадьба Фигаро", "Турецкое рондо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(марш) из Сонаты для фортепиано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№11 (3 часть)",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"Концерт для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фортепиано №23, 2 часть"; И. Брамс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"Вальс ля-бемоль мажор ор.39 №15", "Хоральная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прелюдия “Я хочу благословенного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конца”; Ф. Лист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«Патетический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концерт» ми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минор", "Фантазия на венгерские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народные темы"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E06019" w14:textId="77777777" w:rsidR="00F62BF9" w:rsidRPr="00186E8C" w:rsidRDefault="00F62BF9">
            <w:pPr>
              <w:rPr>
                <w:lang w:val="ru-RU"/>
              </w:rPr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D35A34" w14:textId="77777777" w:rsidR="00F62BF9" w:rsidRPr="00186E8C" w:rsidRDefault="001E1C4C">
            <w:pPr>
              <w:autoSpaceDE w:val="0"/>
              <w:autoSpaceDN w:val="0"/>
              <w:spacing w:before="60" w:after="0" w:line="247" w:lineRule="auto"/>
              <w:ind w:left="60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Знакомство с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образцами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виртуо</w:t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зной музыки.</w:t>
            </w:r>
          </w:p>
          <w:p w14:paraId="45383C6E" w14:textId="77777777" w:rsidR="00F62BF9" w:rsidRPr="00186E8C" w:rsidRDefault="001E1C4C">
            <w:pPr>
              <w:autoSpaceDE w:val="0"/>
              <w:autoSpaceDN w:val="0"/>
              <w:spacing w:before="16" w:after="0" w:line="257" w:lineRule="auto"/>
              <w:ind w:left="60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Размышление над фактами биографий великих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музыкантов — как любимцев публики, так и </w:t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непóнятых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современниками.; Определение на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слух мелодий,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интонаций, ритмов, элементов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музыкального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языка изучаемых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классических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произведений,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умение нап</w:t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еть их, наиболее яркие </w:t>
            </w:r>
            <w:r w:rsidRPr="00186E8C">
              <w:rPr>
                <w:lang w:val="ru-RU"/>
              </w:rPr>
              <w:br/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ритмо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-интонации.; Музыкальная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викторина на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знание музыки,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названий и авторов изученных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произведений.;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Знание и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соблюдение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общепринятых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норм слушания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музыки, правил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поведения в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концертном зале,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театре оперы и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балета.;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32300" w14:textId="77777777" w:rsidR="00F62BF9" w:rsidRDefault="001E1C4C">
            <w:pPr>
              <w:autoSpaceDE w:val="0"/>
              <w:autoSpaceDN w:val="0"/>
              <w:spacing w:before="60" w:after="0" w:line="245" w:lineRule="auto"/>
              <w:ind w:right="288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r>
              <w:br/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;</w:t>
            </w:r>
            <w:proofErr w:type="gramEnd"/>
          </w:p>
        </w:tc>
        <w:tc>
          <w:tcPr>
            <w:tcW w:w="5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128513" w14:textId="77777777" w:rsidR="00F62BF9" w:rsidRDefault="001E1C4C">
            <w:pPr>
              <w:autoSpaceDE w:val="0"/>
              <w:autoSpaceDN w:val="0"/>
              <w:spacing w:before="60" w:after="0" w:line="250" w:lineRule="auto"/>
              <w:ind w:left="58" w:right="4044"/>
              <w:jc w:val="both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https://bigenc.ru/music/text/3996493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https://bigenc.ru/music/text/2235148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https://bigenc.ru/music/text/1882002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https://bigenc.ru/music/text/2175576</w:t>
            </w:r>
          </w:p>
        </w:tc>
      </w:tr>
      <w:tr w:rsidR="00F62BF9" w14:paraId="41EA81C7" w14:textId="77777777">
        <w:trPr>
          <w:trHeight w:hRule="exact" w:val="282"/>
        </w:trPr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910FEC" w14:textId="77777777" w:rsidR="00F62BF9" w:rsidRDefault="001E1C4C">
            <w:pPr>
              <w:autoSpaceDE w:val="0"/>
              <w:autoSpaceDN w:val="0"/>
              <w:spacing w:before="60" w:after="0" w:line="230" w:lineRule="auto"/>
              <w:ind w:left="5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модулю</w:t>
            </w:r>
            <w:proofErr w:type="spellEnd"/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1CB7E8" w14:textId="77777777" w:rsidR="00F62BF9" w:rsidRDefault="001E1C4C">
            <w:pPr>
              <w:autoSpaceDE w:val="0"/>
              <w:autoSpaceDN w:val="0"/>
              <w:spacing w:before="60" w:after="0" w:line="230" w:lineRule="auto"/>
              <w:ind w:left="56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10</w:t>
            </w:r>
          </w:p>
        </w:tc>
        <w:tc>
          <w:tcPr>
            <w:tcW w:w="1383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C84420" w14:textId="77777777" w:rsidR="00F62BF9" w:rsidRDefault="00F62BF9"/>
        </w:tc>
      </w:tr>
      <w:tr w:rsidR="00F62BF9" w:rsidRPr="0029425A" w14:paraId="6DA80F5A" w14:textId="77777777">
        <w:trPr>
          <w:trHeight w:hRule="exact" w:val="260"/>
        </w:trPr>
        <w:tc>
          <w:tcPr>
            <w:tcW w:w="1561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817666" w14:textId="77777777" w:rsidR="00F62BF9" w:rsidRPr="00186E8C" w:rsidRDefault="001E1C4C">
            <w:pPr>
              <w:autoSpaceDE w:val="0"/>
              <w:autoSpaceDN w:val="0"/>
              <w:spacing w:before="62" w:after="0" w:line="230" w:lineRule="auto"/>
              <w:ind w:left="58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Модуль 4.</w:t>
            </w:r>
            <w:r w:rsidRPr="00186E8C">
              <w:rPr>
                <w:rFonts w:ascii="Times New Roman" w:eastAsia="Times New Roman" w:hAnsi="Times New Roman"/>
                <w:b/>
                <w:color w:val="000000"/>
                <w:w w:val="97"/>
                <w:sz w:val="13"/>
                <w:lang w:val="ru-RU"/>
              </w:rPr>
              <w:t xml:space="preserve"> Связь музыки с другими видами искусства</w:t>
            </w:r>
          </w:p>
        </w:tc>
      </w:tr>
    </w:tbl>
    <w:p w14:paraId="6361E9E7" w14:textId="77777777" w:rsidR="00F62BF9" w:rsidRPr="00186E8C" w:rsidRDefault="00F62BF9">
      <w:pPr>
        <w:autoSpaceDE w:val="0"/>
        <w:autoSpaceDN w:val="0"/>
        <w:spacing w:after="0" w:line="14" w:lineRule="exact"/>
        <w:rPr>
          <w:lang w:val="ru-RU"/>
        </w:rPr>
      </w:pPr>
    </w:p>
    <w:p w14:paraId="3E5726A6" w14:textId="77777777" w:rsidR="00F62BF9" w:rsidRPr="00186E8C" w:rsidRDefault="00F62BF9">
      <w:pPr>
        <w:rPr>
          <w:lang w:val="ru-RU"/>
        </w:rPr>
        <w:sectPr w:rsidR="00F62BF9" w:rsidRPr="00186E8C">
          <w:pgSz w:w="16840" w:h="11900"/>
          <w:pgMar w:top="284" w:right="544" w:bottom="1440" w:left="648" w:header="720" w:footer="720" w:gutter="0"/>
          <w:cols w:space="720" w:equalWidth="0">
            <w:col w:w="15648" w:space="0"/>
          </w:cols>
          <w:docGrid w:linePitch="360"/>
        </w:sectPr>
      </w:pPr>
    </w:p>
    <w:p w14:paraId="30727F14" w14:textId="77777777" w:rsidR="00F62BF9" w:rsidRPr="00186E8C" w:rsidRDefault="00F62BF9">
      <w:pPr>
        <w:autoSpaceDE w:val="0"/>
        <w:autoSpaceDN w:val="0"/>
        <w:spacing w:after="66" w:line="220" w:lineRule="exact"/>
        <w:rPr>
          <w:lang w:val="ru-RU"/>
        </w:rPr>
      </w:pPr>
    </w:p>
    <w:tbl>
      <w:tblPr>
        <w:tblW w:w="0" w:type="auto"/>
        <w:tblInd w:w="4" w:type="dxa"/>
        <w:tblLayout w:type="fixed"/>
        <w:tblLook w:val="04A0" w:firstRow="1" w:lastRow="0" w:firstColumn="1" w:lastColumn="0" w:noHBand="0" w:noVBand="1"/>
      </w:tblPr>
      <w:tblGrid>
        <w:gridCol w:w="320"/>
        <w:gridCol w:w="1042"/>
        <w:gridCol w:w="426"/>
        <w:gridCol w:w="896"/>
        <w:gridCol w:w="922"/>
        <w:gridCol w:w="1050"/>
        <w:gridCol w:w="1020"/>
        <w:gridCol w:w="1224"/>
        <w:gridCol w:w="650"/>
        <w:gridCol w:w="1216"/>
        <w:gridCol w:w="874"/>
        <w:gridCol w:w="5978"/>
      </w:tblGrid>
      <w:tr w:rsidR="00F62BF9" w14:paraId="726E81B1" w14:textId="77777777">
        <w:trPr>
          <w:trHeight w:hRule="exact" w:val="4450"/>
        </w:trPr>
        <w:tc>
          <w:tcPr>
            <w:tcW w:w="32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81F4C3" w14:textId="77777777" w:rsidR="00F62BF9" w:rsidRDefault="001E1C4C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4.1.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97B628" w14:textId="77777777" w:rsidR="00F62BF9" w:rsidRDefault="001E1C4C">
            <w:pPr>
              <w:autoSpaceDE w:val="0"/>
              <w:autoSpaceDN w:val="0"/>
              <w:spacing w:before="60" w:after="0" w:line="245" w:lineRule="auto"/>
              <w:ind w:right="288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Музыка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и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литература</w:t>
            </w:r>
            <w:proofErr w:type="spellEnd"/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33E3CA" w14:textId="77777777" w:rsidR="00F62BF9" w:rsidRDefault="001E1C4C">
            <w:pPr>
              <w:autoSpaceDE w:val="0"/>
              <w:autoSpaceDN w:val="0"/>
              <w:spacing w:before="60" w:after="0" w:line="230" w:lineRule="auto"/>
              <w:ind w:left="56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3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B68C42" w14:textId="77777777" w:rsidR="00F62BF9" w:rsidRDefault="00F62BF9"/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2F8B95" w14:textId="77777777" w:rsidR="00F62BF9" w:rsidRDefault="00F62BF9"/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0A912C" w14:textId="77777777" w:rsidR="00F62BF9" w:rsidRPr="00186E8C" w:rsidRDefault="001E1C4C">
            <w:pPr>
              <w:autoSpaceDE w:val="0"/>
              <w:autoSpaceDN w:val="0"/>
              <w:spacing w:before="60" w:after="0" w:line="230" w:lineRule="auto"/>
              <w:ind w:left="58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П. И.</w:t>
            </w:r>
          </w:p>
          <w:p w14:paraId="307007BF" w14:textId="77777777" w:rsidR="00F62BF9" w:rsidRPr="00186E8C" w:rsidRDefault="001E1C4C">
            <w:pPr>
              <w:autoSpaceDE w:val="0"/>
              <w:autoSpaceDN w:val="0"/>
              <w:spacing w:before="16" w:after="0" w:line="230" w:lineRule="auto"/>
              <w:ind w:left="58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Чайковский.</w:t>
            </w:r>
          </w:p>
          <w:p w14:paraId="54E5FE28" w14:textId="77777777" w:rsidR="00F62BF9" w:rsidRPr="00186E8C" w:rsidRDefault="001E1C4C">
            <w:pPr>
              <w:autoSpaceDE w:val="0"/>
              <w:autoSpaceDN w:val="0"/>
              <w:spacing w:before="16" w:after="0" w:line="247" w:lineRule="auto"/>
              <w:ind w:left="58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«Финал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симфонии №4»; М. И. Глинка.</w:t>
            </w:r>
          </w:p>
          <w:p w14:paraId="16542EDB" w14:textId="77777777" w:rsidR="00F62BF9" w:rsidRPr="00186E8C" w:rsidRDefault="001E1C4C">
            <w:pPr>
              <w:autoSpaceDE w:val="0"/>
              <w:autoSpaceDN w:val="0"/>
              <w:spacing w:before="16" w:after="0" w:line="252" w:lineRule="auto"/>
              <w:ind w:left="58" w:right="144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«Жаворонок»; </w:t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Н.Римский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–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Корсаков “Три чуда” из </w:t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оперы“Сказка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о царе </w:t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Салтане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”; В.А.</w:t>
            </w:r>
          </w:p>
          <w:p w14:paraId="369657BC" w14:textId="77777777" w:rsidR="00F62BF9" w:rsidRDefault="001E1C4C">
            <w:pPr>
              <w:autoSpaceDE w:val="0"/>
              <w:autoSpaceDN w:val="0"/>
              <w:spacing w:before="16" w:after="0" w:line="245" w:lineRule="auto"/>
              <w:ind w:left="58" w:right="144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Моцарт</w:t>
            </w:r>
            <w:proofErr w:type="spellEnd"/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Лакримоза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»;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tcMar>
              <w:left w:w="0" w:type="dxa"/>
              <w:right w:w="0" w:type="dxa"/>
            </w:tcMar>
          </w:tcPr>
          <w:p w14:paraId="40B08869" w14:textId="77777777" w:rsidR="00F62BF9" w:rsidRDefault="001E1C4C">
            <w:pPr>
              <w:autoSpaceDE w:val="0"/>
              <w:autoSpaceDN w:val="0"/>
              <w:spacing w:before="60" w:after="0" w:line="245" w:lineRule="auto"/>
              <w:ind w:left="5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М.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Минков</w:t>
            </w:r>
            <w:proofErr w:type="spellEnd"/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Дорога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добра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»;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6DF810" w14:textId="77777777" w:rsidR="00F62BF9" w:rsidRPr="00186E8C" w:rsidRDefault="001E1C4C">
            <w:pPr>
              <w:autoSpaceDE w:val="0"/>
              <w:autoSpaceDN w:val="0"/>
              <w:spacing w:before="60" w:after="0" w:line="254" w:lineRule="auto"/>
              <w:ind w:left="60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«Шествие </w:t>
            </w:r>
            <w:proofErr w:type="spellStart"/>
            <w:proofErr w:type="gram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гномов»из</w:t>
            </w:r>
            <w:proofErr w:type="spellEnd"/>
            <w:proofErr w:type="gram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сюиты </w:t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Э.Грига«Пер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</w:t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Гюнт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»; </w:t>
            </w:r>
            <w:r w:rsidRPr="00186E8C">
              <w:rPr>
                <w:lang w:val="ru-RU"/>
              </w:rPr>
              <w:br/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Н.Римский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–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Корсаков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«</w:t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Шехеразада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»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симфоническая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сюита (4-я часть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сюиты); Вальс №7 </w:t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Ф.Шопена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;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2686F" w14:textId="77777777" w:rsidR="00F62BF9" w:rsidRPr="00186E8C" w:rsidRDefault="00F62BF9">
            <w:pPr>
              <w:rPr>
                <w:lang w:val="ru-RU"/>
              </w:rPr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FD565F" w14:textId="77777777" w:rsidR="00F62BF9" w:rsidRPr="00186E8C" w:rsidRDefault="001E1C4C">
            <w:pPr>
              <w:autoSpaceDE w:val="0"/>
              <w:autoSpaceDN w:val="0"/>
              <w:spacing w:before="60" w:after="0" w:line="257" w:lineRule="auto"/>
              <w:ind w:left="60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Знакомство с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образцами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вокальной и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инструментальной музыки.;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Импровизация,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сочинение мелодий на основе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стихотв</w:t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орных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строк, сравнение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своих вариантов с мелодиями,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сочинёнными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композиторами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(метод «Сочинение сочинённого»).;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Сочинение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рассказа,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стихотворения под впечатлением от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восприятия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инструментального музыкального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произведения.;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Рисование образов про</w:t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граммной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музыки.;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75180" w14:textId="77777777" w:rsidR="00F62BF9" w:rsidRDefault="001E1C4C">
            <w:pPr>
              <w:autoSpaceDE w:val="0"/>
              <w:autoSpaceDN w:val="0"/>
              <w:spacing w:before="60" w:after="0" w:line="250" w:lineRule="auto"/>
              <w:ind w:left="6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r>
              <w:br/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;</w:t>
            </w:r>
            <w:proofErr w:type="gram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;</w:t>
            </w:r>
          </w:p>
        </w:tc>
        <w:tc>
          <w:tcPr>
            <w:tcW w:w="5978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2E9749" w14:textId="77777777" w:rsidR="00F62BF9" w:rsidRDefault="001E1C4C">
            <w:pPr>
              <w:autoSpaceDE w:val="0"/>
              <w:autoSpaceDN w:val="0"/>
              <w:spacing w:before="60" w:after="0" w:line="230" w:lineRule="auto"/>
              <w:ind w:left="5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https://bigenc.ru/music/text/5544013</w:t>
            </w:r>
          </w:p>
        </w:tc>
      </w:tr>
      <w:tr w:rsidR="00F62BF9" w14:paraId="4D68B107" w14:textId="77777777">
        <w:trPr>
          <w:trHeight w:hRule="exact" w:val="4946"/>
        </w:trPr>
        <w:tc>
          <w:tcPr>
            <w:tcW w:w="32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7249A8" w14:textId="77777777" w:rsidR="00F62BF9" w:rsidRDefault="001E1C4C">
            <w:pPr>
              <w:autoSpaceDE w:val="0"/>
              <w:autoSpaceDN w:val="0"/>
              <w:spacing w:before="6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lastRenderedPageBreak/>
              <w:t>4.2.</w:t>
            </w:r>
          </w:p>
        </w:tc>
        <w:tc>
          <w:tcPr>
            <w:tcW w:w="1042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806A4D" w14:textId="77777777" w:rsidR="00F62BF9" w:rsidRDefault="001E1C4C">
            <w:pPr>
              <w:autoSpaceDE w:val="0"/>
              <w:autoSpaceDN w:val="0"/>
              <w:spacing w:before="64" w:after="0" w:line="245" w:lineRule="auto"/>
              <w:ind w:left="58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Музыка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живопись</w:t>
            </w:r>
            <w:proofErr w:type="spellEnd"/>
          </w:p>
        </w:tc>
        <w:tc>
          <w:tcPr>
            <w:tcW w:w="426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7AF59E" w14:textId="77777777" w:rsidR="00F62BF9" w:rsidRDefault="001E1C4C">
            <w:pPr>
              <w:autoSpaceDE w:val="0"/>
              <w:autoSpaceDN w:val="0"/>
              <w:spacing w:before="64" w:after="0" w:line="230" w:lineRule="auto"/>
              <w:ind w:left="56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6</w:t>
            </w:r>
          </w:p>
        </w:tc>
        <w:tc>
          <w:tcPr>
            <w:tcW w:w="896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2DB319" w14:textId="77777777" w:rsidR="00F62BF9" w:rsidRDefault="00F62BF9"/>
        </w:tc>
        <w:tc>
          <w:tcPr>
            <w:tcW w:w="922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3C93EF" w14:textId="77777777" w:rsidR="00F62BF9" w:rsidRDefault="00F62BF9"/>
        </w:tc>
        <w:tc>
          <w:tcPr>
            <w:tcW w:w="105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04071A" w14:textId="77777777" w:rsidR="00F62BF9" w:rsidRPr="00186E8C" w:rsidRDefault="001E1C4C">
            <w:pPr>
              <w:autoSpaceDE w:val="0"/>
              <w:autoSpaceDN w:val="0"/>
              <w:spacing w:before="64" w:after="0" w:line="254" w:lineRule="auto"/>
              <w:ind w:left="58"/>
              <w:rPr>
                <w:lang w:val="ru-RU"/>
              </w:rPr>
            </w:pP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О.Лассо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«Эхо», </w:t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Г.Струве</w:t>
            </w:r>
            <w:proofErr w:type="spellEnd"/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«Веселое эхо»; Романсы </w:t>
            </w:r>
            <w:r w:rsidRPr="00186E8C">
              <w:rPr>
                <w:lang w:val="ru-RU"/>
              </w:rPr>
              <w:br/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С.Рахманинова«Островок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»,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«Весенние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воды»; С.</w:t>
            </w:r>
          </w:p>
          <w:p w14:paraId="40912AAA" w14:textId="77777777" w:rsidR="00F62BF9" w:rsidRPr="00186E8C" w:rsidRDefault="001E1C4C">
            <w:pPr>
              <w:autoSpaceDE w:val="0"/>
              <w:autoSpaceDN w:val="0"/>
              <w:spacing w:before="16" w:after="0" w:line="247" w:lineRule="auto"/>
              <w:ind w:left="58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Рахманинов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«Светлый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праздник»; И.С.</w:t>
            </w:r>
          </w:p>
          <w:p w14:paraId="1C1E9AC5" w14:textId="77777777" w:rsidR="00F62BF9" w:rsidRPr="00186E8C" w:rsidRDefault="001E1C4C">
            <w:pPr>
              <w:autoSpaceDE w:val="0"/>
              <w:autoSpaceDN w:val="0"/>
              <w:spacing w:before="16" w:after="0" w:line="254" w:lineRule="auto"/>
              <w:ind w:left="58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Бах "Чакона",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П.И. </w:t>
            </w:r>
            <w:proofErr w:type="spellStart"/>
            <w:proofErr w:type="gram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Чайковский«</w:t>
            </w:r>
            <w:proofErr w:type="gram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Мелодия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»; И.С. Бах "</w:t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Токкато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и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фуга ре минор", "Ария альта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"Агнец божий"; К. Дебюсси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"Прелюдия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"Лунный свет", "Фрагмент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симфонической сюиты "Море",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"Диалог ветра с морем";</w:t>
            </w:r>
          </w:p>
        </w:tc>
        <w:tc>
          <w:tcPr>
            <w:tcW w:w="102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tcMar>
              <w:left w:w="0" w:type="dxa"/>
              <w:right w:w="0" w:type="dxa"/>
            </w:tcMar>
          </w:tcPr>
          <w:p w14:paraId="5D243754" w14:textId="77777777" w:rsidR="00F62BF9" w:rsidRPr="00186E8C" w:rsidRDefault="001E1C4C">
            <w:pPr>
              <w:autoSpaceDE w:val="0"/>
              <w:autoSpaceDN w:val="0"/>
              <w:spacing w:before="64" w:after="0" w:line="252" w:lineRule="auto"/>
              <w:ind w:left="58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«Моя Россия»</w:t>
            </w:r>
            <w:r w:rsidRPr="00186E8C">
              <w:rPr>
                <w:lang w:val="ru-RU"/>
              </w:rPr>
              <w:br/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Г.Струве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; Из </w:t>
            </w:r>
            <w:r w:rsidRPr="00186E8C">
              <w:rPr>
                <w:lang w:val="ru-RU"/>
              </w:rPr>
              <w:br/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к.ф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. «</w:t>
            </w:r>
            <w:proofErr w:type="spellStart"/>
            <w:proofErr w:type="gram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Паганини»«</w:t>
            </w:r>
            <w:proofErr w:type="gram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Дорог</w:t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а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без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конца»; И.С.</w:t>
            </w:r>
          </w:p>
          <w:p w14:paraId="516B8175" w14:textId="77777777" w:rsidR="00F62BF9" w:rsidRPr="00186E8C" w:rsidRDefault="001E1C4C">
            <w:pPr>
              <w:autoSpaceDE w:val="0"/>
              <w:autoSpaceDN w:val="0"/>
              <w:spacing w:before="14" w:after="0" w:line="250" w:lineRule="auto"/>
              <w:ind w:left="58" w:right="144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Бах "Весенняя песня"; </w:t>
            </w:r>
            <w:r w:rsidRPr="00186E8C">
              <w:rPr>
                <w:lang w:val="ru-RU"/>
              </w:rPr>
              <w:br/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Петряшева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А.</w:t>
            </w:r>
          </w:p>
          <w:p w14:paraId="24524D95" w14:textId="77777777" w:rsidR="00F62BF9" w:rsidRDefault="001E1C4C">
            <w:pPr>
              <w:autoSpaceDE w:val="0"/>
              <w:autoSpaceDN w:val="0"/>
              <w:spacing w:before="16" w:after="0" w:line="245" w:lineRule="auto"/>
              <w:ind w:left="58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Песенка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про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песенку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»</w:t>
            </w:r>
          </w:p>
        </w:tc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770C13" w14:textId="77777777" w:rsidR="00F62BF9" w:rsidRPr="00186E8C" w:rsidRDefault="001E1C4C">
            <w:pPr>
              <w:autoSpaceDE w:val="0"/>
              <w:autoSpaceDN w:val="0"/>
              <w:spacing w:before="64" w:after="0" w:line="247" w:lineRule="auto"/>
              <w:ind w:left="60"/>
              <w:rPr>
                <w:lang w:val="ru-RU"/>
              </w:rPr>
            </w:pP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М.Мусоргский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"Два еврея, богатый и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бедный"; С.</w:t>
            </w:r>
          </w:p>
          <w:p w14:paraId="6616D831" w14:textId="77777777" w:rsidR="00F62BF9" w:rsidRPr="00186E8C" w:rsidRDefault="001E1C4C">
            <w:pPr>
              <w:autoSpaceDE w:val="0"/>
              <w:autoSpaceDN w:val="0"/>
              <w:spacing w:before="16" w:after="0" w:line="247" w:lineRule="auto"/>
              <w:ind w:left="60" w:right="144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Рахманинов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"Сирень", "Здесь хорошо"; А.</w:t>
            </w:r>
          </w:p>
          <w:p w14:paraId="1570BED9" w14:textId="77777777" w:rsidR="00F62BF9" w:rsidRPr="00186E8C" w:rsidRDefault="001E1C4C">
            <w:pPr>
              <w:autoSpaceDE w:val="0"/>
              <w:autoSpaceDN w:val="0"/>
              <w:spacing w:before="16" w:after="0" w:line="254" w:lineRule="auto"/>
              <w:ind w:left="60"/>
              <w:rPr>
                <w:lang w:val="ru-RU"/>
              </w:rPr>
            </w:pP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Шнитке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«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Concerto</w:t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grosso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», "Каприс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№24" Н. Паганини"; И.С. Бах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"Прелюдия и фуга до мажор",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"Органная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прелюдия соль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минор"; «Океан-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море синее» из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оперы Н.А.</w:t>
            </w:r>
          </w:p>
          <w:p w14:paraId="215645A7" w14:textId="77777777" w:rsidR="00F62BF9" w:rsidRPr="00186E8C" w:rsidRDefault="001E1C4C">
            <w:pPr>
              <w:autoSpaceDE w:val="0"/>
              <w:autoSpaceDN w:val="0"/>
              <w:spacing w:before="16" w:after="0" w:line="252" w:lineRule="auto"/>
              <w:ind w:left="60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Римского-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Корсакова «</w:t>
            </w:r>
            <w:proofErr w:type="spell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Садко</w:t>
            </w:r>
            <w:proofErr w:type="gramStart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»,«</w:t>
            </w:r>
            <w:proofErr w:type="gram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Девушка</w:t>
            </w:r>
            <w:proofErr w:type="spellEnd"/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 с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волосами цвета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льна» К. Дебюсси;</w:t>
            </w:r>
          </w:p>
        </w:tc>
        <w:tc>
          <w:tcPr>
            <w:tcW w:w="65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BAE1B3" w14:textId="77777777" w:rsidR="00F62BF9" w:rsidRPr="00186E8C" w:rsidRDefault="00F62BF9">
            <w:pPr>
              <w:rPr>
                <w:lang w:val="ru-RU"/>
              </w:rPr>
            </w:pPr>
          </w:p>
        </w:tc>
        <w:tc>
          <w:tcPr>
            <w:tcW w:w="1216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71552F" w14:textId="77777777" w:rsidR="00F62BF9" w:rsidRPr="00186E8C" w:rsidRDefault="001E1C4C">
            <w:pPr>
              <w:autoSpaceDE w:val="0"/>
              <w:autoSpaceDN w:val="0"/>
              <w:spacing w:before="64" w:after="0" w:line="254" w:lineRule="auto"/>
              <w:ind w:left="60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Знакомство с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музыкальными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произведениями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программной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музыки. Выявление интонаций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изобразительного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характера.;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Музыкальная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викторина на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знание музыки,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названий и авторов изученных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произведений.;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Разучивание,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исполнение песни с элементами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изобразительности.</w:t>
            </w:r>
          </w:p>
          <w:p w14:paraId="2FDDDF04" w14:textId="77777777" w:rsidR="00F62BF9" w:rsidRPr="00186E8C" w:rsidRDefault="001E1C4C">
            <w:pPr>
              <w:autoSpaceDE w:val="0"/>
              <w:autoSpaceDN w:val="0"/>
              <w:spacing w:before="16" w:after="0" w:line="254" w:lineRule="auto"/>
              <w:ind w:left="60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Сочинение к ней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ритмического и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шумового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аккомпанемента с целью усиления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изобразительного эффекта.;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Рисование под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впечатлением от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восприятия музыки программно-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изобразительного характера.;</w:t>
            </w:r>
          </w:p>
        </w:tc>
        <w:tc>
          <w:tcPr>
            <w:tcW w:w="874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16881" w14:textId="77777777" w:rsidR="00F62BF9" w:rsidRDefault="001E1C4C">
            <w:pPr>
              <w:autoSpaceDE w:val="0"/>
              <w:autoSpaceDN w:val="0"/>
              <w:spacing w:before="64" w:after="0" w:line="250" w:lineRule="auto"/>
              <w:ind w:left="6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;</w:t>
            </w:r>
            <w:proofErr w:type="gram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;</w:t>
            </w:r>
          </w:p>
        </w:tc>
        <w:tc>
          <w:tcPr>
            <w:tcW w:w="5978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D304B7" w14:textId="77777777" w:rsidR="00F62BF9" w:rsidRDefault="001E1C4C">
            <w:pPr>
              <w:autoSpaceDE w:val="0"/>
              <w:autoSpaceDN w:val="0"/>
              <w:spacing w:before="64" w:after="0" w:line="252" w:lineRule="auto"/>
              <w:ind w:left="58" w:right="4044"/>
              <w:jc w:val="both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https://bigenc.ru/music/text/2239444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https://bigenc.ru/music/tex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t/2130161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https://bigenc.ru/music/text/3913475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https://bigenc.ru/music/text/2312298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https://bigenc.ru/music/text/1943581</w:t>
            </w:r>
          </w:p>
        </w:tc>
      </w:tr>
      <w:tr w:rsidR="00F62BF9" w14:paraId="632317E3" w14:textId="77777777">
        <w:trPr>
          <w:trHeight w:hRule="exact" w:val="284"/>
        </w:trPr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5C3D7F" w14:textId="77777777" w:rsidR="00F62BF9" w:rsidRDefault="001E1C4C">
            <w:pPr>
              <w:autoSpaceDE w:val="0"/>
              <w:autoSpaceDN w:val="0"/>
              <w:spacing w:before="62" w:after="0" w:line="230" w:lineRule="auto"/>
              <w:ind w:left="58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модулю</w:t>
            </w:r>
            <w:proofErr w:type="spellEnd"/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B016D1" w14:textId="77777777" w:rsidR="00F62BF9" w:rsidRDefault="001E1C4C">
            <w:pPr>
              <w:autoSpaceDE w:val="0"/>
              <w:autoSpaceDN w:val="0"/>
              <w:spacing w:before="62" w:after="0" w:line="230" w:lineRule="auto"/>
              <w:ind w:left="56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9</w:t>
            </w:r>
          </w:p>
        </w:tc>
        <w:tc>
          <w:tcPr>
            <w:tcW w:w="1383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68160E" w14:textId="77777777" w:rsidR="00F62BF9" w:rsidRDefault="00F62BF9"/>
        </w:tc>
      </w:tr>
      <w:tr w:rsidR="00F62BF9" w14:paraId="0FAAB29E" w14:textId="77777777">
        <w:trPr>
          <w:trHeight w:hRule="exact" w:val="726"/>
        </w:trPr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584298" w14:textId="77777777" w:rsidR="00F62BF9" w:rsidRPr="00186E8C" w:rsidRDefault="001E1C4C">
            <w:pPr>
              <w:autoSpaceDE w:val="0"/>
              <w:autoSpaceDN w:val="0"/>
              <w:spacing w:before="62" w:after="0" w:line="250" w:lineRule="auto"/>
              <w:ind w:left="58" w:right="432"/>
              <w:rPr>
                <w:lang w:val="ru-RU"/>
              </w:rPr>
            </w:pP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ОБЩЕЕ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 xml:space="preserve">КОЛИЧЕСТВО ЧАСОВ ПО </w:t>
            </w:r>
            <w:r w:rsidRPr="00186E8C">
              <w:rPr>
                <w:lang w:val="ru-RU"/>
              </w:rPr>
              <w:br/>
            </w:r>
            <w:r w:rsidRPr="00186E8C">
              <w:rPr>
                <w:rFonts w:ascii="Times New Roman" w:eastAsia="Times New Roman" w:hAnsi="Times New Roman"/>
                <w:color w:val="000000"/>
                <w:w w:val="97"/>
                <w:sz w:val="13"/>
                <w:lang w:val="ru-RU"/>
              </w:rPr>
              <w:t>ПРОГРАММЕ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FFA6F8" w14:textId="77777777" w:rsidR="00F62BF9" w:rsidRDefault="001E1C4C">
            <w:pPr>
              <w:autoSpaceDE w:val="0"/>
              <w:autoSpaceDN w:val="0"/>
              <w:spacing w:before="62" w:after="0" w:line="230" w:lineRule="auto"/>
              <w:ind w:left="56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34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56B8E" w14:textId="77777777" w:rsidR="00F62BF9" w:rsidRDefault="001E1C4C">
            <w:pPr>
              <w:autoSpaceDE w:val="0"/>
              <w:autoSpaceDN w:val="0"/>
              <w:spacing w:before="62" w:after="0" w:line="230" w:lineRule="auto"/>
              <w:ind w:left="6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0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EC2344" w14:textId="77777777" w:rsidR="00F62BF9" w:rsidRDefault="001E1C4C">
            <w:pPr>
              <w:autoSpaceDE w:val="0"/>
              <w:autoSpaceDN w:val="0"/>
              <w:spacing w:before="62" w:after="0" w:line="230" w:lineRule="auto"/>
              <w:ind w:left="56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3"/>
              </w:rPr>
              <w:t>0</w:t>
            </w:r>
          </w:p>
        </w:tc>
        <w:tc>
          <w:tcPr>
            <w:tcW w:w="1201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1CB22" w14:textId="77777777" w:rsidR="00F62BF9" w:rsidRDefault="00F62BF9"/>
        </w:tc>
      </w:tr>
    </w:tbl>
    <w:p w14:paraId="22931404" w14:textId="77777777" w:rsidR="00F62BF9" w:rsidRDefault="00F62BF9">
      <w:pPr>
        <w:autoSpaceDE w:val="0"/>
        <w:autoSpaceDN w:val="0"/>
        <w:spacing w:after="0" w:line="14" w:lineRule="exact"/>
      </w:pPr>
    </w:p>
    <w:p w14:paraId="14FDED6A" w14:textId="77777777" w:rsidR="00F62BF9" w:rsidRDefault="00F62BF9">
      <w:pPr>
        <w:sectPr w:rsidR="00F62BF9">
          <w:pgSz w:w="16840" w:h="11900"/>
          <w:pgMar w:top="1440" w:right="1440" w:bottom="1440" w:left="1440" w:header="720" w:footer="720" w:gutter="0"/>
          <w:cols w:space="720" w:equalWidth="0">
            <w:col w:w="15648" w:space="0"/>
          </w:cols>
          <w:docGrid w:linePitch="360"/>
        </w:sectPr>
      </w:pPr>
      <w:bookmarkStart w:id="0" w:name="_GoBack"/>
      <w:bookmarkEnd w:id="0"/>
    </w:p>
    <w:p w14:paraId="6C89AAC9" w14:textId="77777777" w:rsidR="00F62BF9" w:rsidRDefault="00F62BF9">
      <w:pPr>
        <w:autoSpaceDE w:val="0"/>
        <w:autoSpaceDN w:val="0"/>
        <w:spacing w:after="78" w:line="220" w:lineRule="exact"/>
      </w:pPr>
    </w:p>
    <w:p w14:paraId="7869D275" w14:textId="77777777" w:rsidR="00F62BF9" w:rsidRDefault="001E1C4C">
      <w:pPr>
        <w:autoSpaceDE w:val="0"/>
        <w:autoSpaceDN w:val="0"/>
        <w:spacing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УЧЕБНО-МЕТОДИЧЕСКОЕ ОБЕСПЕЧЕНИЕ ОБРАЗОВАТЕЛЬНОГО ПРОЦЕССА </w:t>
      </w:r>
    </w:p>
    <w:p w14:paraId="0EBBD302" w14:textId="77777777" w:rsidR="00F62BF9" w:rsidRDefault="001E1C4C">
      <w:pPr>
        <w:autoSpaceDE w:val="0"/>
        <w:autoSpaceDN w:val="0"/>
        <w:spacing w:before="346"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ОБЯЗАТЕЛЬНЫЕ УЧЕБНЫЕ МАТЕРИАЛЫ ДЛЯ УЧЕНИКА</w:t>
      </w:r>
    </w:p>
    <w:p w14:paraId="569ABAFB" w14:textId="77777777" w:rsidR="00F62BF9" w:rsidRPr="00186E8C" w:rsidRDefault="001E1C4C">
      <w:pPr>
        <w:autoSpaceDE w:val="0"/>
        <w:autoSpaceDN w:val="0"/>
        <w:spacing w:before="166" w:after="0" w:line="271" w:lineRule="auto"/>
        <w:ind w:right="1584"/>
        <w:rPr>
          <w:lang w:val="ru-RU"/>
        </w:rPr>
      </w:pP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Музыка, 5 класс /Сергеева Г.П., Критская Е.Д., Акционерное общество «</w:t>
      </w:r>
      <w:proofErr w:type="spellStart"/>
      <w:proofErr w:type="gramStart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Издательство«</w:t>
      </w:r>
      <w:proofErr w:type="gram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Просвещение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»;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Введите свой вариант:</w:t>
      </w:r>
    </w:p>
    <w:p w14:paraId="0904256D" w14:textId="77777777" w:rsidR="00F62BF9" w:rsidRPr="00186E8C" w:rsidRDefault="001E1C4C">
      <w:pPr>
        <w:autoSpaceDE w:val="0"/>
        <w:autoSpaceDN w:val="0"/>
        <w:spacing w:before="262" w:after="0" w:line="230" w:lineRule="auto"/>
        <w:rPr>
          <w:lang w:val="ru-RU"/>
        </w:rPr>
      </w:pPr>
      <w:r w:rsidRPr="00186E8C">
        <w:rPr>
          <w:rFonts w:ascii="Times New Roman" w:eastAsia="Times New Roman" w:hAnsi="Times New Roman"/>
          <w:b/>
          <w:color w:val="000000"/>
          <w:sz w:val="24"/>
          <w:lang w:val="ru-RU"/>
        </w:rPr>
        <w:t>МЕТОДИЧЕСКИЕ МАТЕРИАЛЫ ДЛЯ УЧИТЕЛЯ</w:t>
      </w:r>
    </w:p>
    <w:p w14:paraId="7F1C6BD5" w14:textId="77777777" w:rsidR="00F62BF9" w:rsidRPr="00186E8C" w:rsidRDefault="001E1C4C">
      <w:pPr>
        <w:autoSpaceDE w:val="0"/>
        <w:autoSpaceDN w:val="0"/>
        <w:spacing w:before="166" w:after="0" w:line="278" w:lineRule="auto"/>
        <w:rPr>
          <w:lang w:val="ru-RU"/>
        </w:rPr>
      </w:pP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Музыка в школе, 1 - 8 класс: мультимедийное пособие для учителей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musicsat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net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/; Искусство в школе: методические разработки учителя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saitmhk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narod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ru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/; Самое главное: материалы для уроков музыки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marina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0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setrova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ucoz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ru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; Сайт учите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ля музыки Т. В. Комаровой: материалы к урокам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komarova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tv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my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1.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ru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; Сайт учителя МХК, русского языка и литературы И. Х.</w:t>
      </w:r>
    </w:p>
    <w:p w14:paraId="0061D526" w14:textId="77777777" w:rsidR="00F62BF9" w:rsidRPr="00186E8C" w:rsidRDefault="001E1C4C">
      <w:pPr>
        <w:autoSpaceDE w:val="0"/>
        <w:autoSpaceDN w:val="0"/>
        <w:spacing w:before="70" w:after="0" w:line="281" w:lineRule="auto"/>
        <w:ind w:right="144"/>
        <w:rPr>
          <w:lang w:val="ru-RU"/>
        </w:rPr>
      </w:pPr>
      <w:proofErr w:type="spellStart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Галиева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irgali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narod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ru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; Мировая художественная культура: теория и практика преподавания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mxk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guru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narod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ru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; Я иду на урок МХК: ресурс для учителей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art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.1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september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ru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urok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; Сайт учителя музыки Федоровой А.С.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anutamuz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ucoz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ru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/; Методическое объединение преподавателей музыки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pskovmuzmo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ucoz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ru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; Методкабинет: Всероссийский педагогический по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ртал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методкабинет.рф</w:t>
      </w:r>
      <w:proofErr w:type="spellEnd"/>
    </w:p>
    <w:p w14:paraId="443AD591" w14:textId="77777777" w:rsidR="00F62BF9" w:rsidRPr="00186E8C" w:rsidRDefault="001E1C4C">
      <w:pPr>
        <w:autoSpaceDE w:val="0"/>
        <w:autoSpaceDN w:val="0"/>
        <w:spacing w:before="262" w:after="0" w:line="230" w:lineRule="auto"/>
        <w:rPr>
          <w:lang w:val="ru-RU"/>
        </w:rPr>
      </w:pPr>
      <w:r w:rsidRPr="00186E8C">
        <w:rPr>
          <w:rFonts w:ascii="Times New Roman" w:eastAsia="Times New Roman" w:hAnsi="Times New Roman"/>
          <w:b/>
          <w:color w:val="000000"/>
          <w:sz w:val="24"/>
          <w:lang w:val="ru-RU"/>
        </w:rPr>
        <w:t>ЦИФРОВЫЕ ОБРАЗОВАТЕЛЬНЫЕ РЕСУРСЫ И РЕСУРСЫ СЕТИ ИНТЕРНЕТ</w:t>
      </w:r>
    </w:p>
    <w:p w14:paraId="201FEF73" w14:textId="77777777" w:rsidR="00F62BF9" w:rsidRPr="00186E8C" w:rsidRDefault="001E1C4C">
      <w:pPr>
        <w:autoSpaceDE w:val="0"/>
        <w:autoSpaceDN w:val="0"/>
        <w:spacing w:before="166" w:after="0"/>
        <w:ind w:right="4176"/>
        <w:rPr>
          <w:lang w:val="ru-RU"/>
        </w:rPr>
      </w:pPr>
      <w:r>
        <w:rPr>
          <w:rFonts w:ascii="Times New Roman" w:eastAsia="Times New Roman" w:hAnsi="Times New Roman"/>
          <w:color w:val="000000"/>
          <w:sz w:val="24"/>
        </w:rPr>
        <w:t>http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gromko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ru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/ </w:t>
      </w:r>
      <w:r w:rsidRPr="00186E8C">
        <w:rPr>
          <w:lang w:val="ru-RU"/>
        </w:rPr>
        <w:br/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lib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ru</w:t>
      </w:r>
      <w:proofErr w:type="spellEnd"/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CULTURE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MUSICACAD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MUZSLOWAR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music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txt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www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library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by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special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composers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 xml:space="preserve">/ </w:t>
      </w:r>
      <w:r w:rsidRPr="00186E8C">
        <w:rPr>
          <w:lang w:val="ru-RU"/>
        </w:rPr>
        <w:br/>
      </w:r>
      <w:r>
        <w:rPr>
          <w:rFonts w:ascii="Times New Roman" w:eastAsia="Times New Roman" w:hAnsi="Times New Roman"/>
          <w:color w:val="000000"/>
          <w:sz w:val="24"/>
        </w:rPr>
        <w:t>https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sites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google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com</w:t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/</w:t>
      </w:r>
    </w:p>
    <w:p w14:paraId="068B2B8B" w14:textId="77777777" w:rsidR="00F62BF9" w:rsidRPr="00186E8C" w:rsidRDefault="00F62BF9">
      <w:pPr>
        <w:autoSpaceDE w:val="0"/>
        <w:autoSpaceDN w:val="0"/>
        <w:spacing w:after="78" w:line="220" w:lineRule="exact"/>
        <w:rPr>
          <w:lang w:val="ru-RU"/>
        </w:rPr>
      </w:pPr>
    </w:p>
    <w:p w14:paraId="241231C3" w14:textId="77777777" w:rsidR="00F62BF9" w:rsidRPr="00186E8C" w:rsidRDefault="001E1C4C">
      <w:pPr>
        <w:autoSpaceDE w:val="0"/>
        <w:autoSpaceDN w:val="0"/>
        <w:spacing w:after="0" w:line="230" w:lineRule="auto"/>
        <w:rPr>
          <w:lang w:val="ru-RU"/>
        </w:rPr>
      </w:pPr>
      <w:r w:rsidRPr="00186E8C">
        <w:rPr>
          <w:rFonts w:ascii="Times New Roman" w:eastAsia="Times New Roman" w:hAnsi="Times New Roman"/>
          <w:b/>
          <w:color w:val="000000"/>
          <w:sz w:val="24"/>
          <w:lang w:val="ru-RU"/>
        </w:rPr>
        <w:t>МАТЕРИАЛЬНО-ТЕХНИЧЕСКОЕ ОБЕСПЕЧЕНИЕ ОБРАЗОВАТЕЛЬНОГО ПРОЦЕССА</w:t>
      </w:r>
    </w:p>
    <w:p w14:paraId="690BDD81" w14:textId="77777777" w:rsidR="00F62BF9" w:rsidRPr="00186E8C" w:rsidRDefault="001E1C4C">
      <w:pPr>
        <w:autoSpaceDE w:val="0"/>
        <w:autoSpaceDN w:val="0"/>
        <w:spacing w:before="346" w:after="0" w:line="300" w:lineRule="auto"/>
        <w:ind w:right="1152"/>
        <w:rPr>
          <w:lang w:val="ru-RU"/>
        </w:rPr>
      </w:pPr>
      <w:r w:rsidRPr="00186E8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УЧЕБНОЕ ОБОРУДОВАНИЕ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Синтезатор, нотный материал, ноутбук, проектор, музыкальные колонки, мультимедийная презентация</w:t>
      </w:r>
    </w:p>
    <w:p w14:paraId="4EED741E" w14:textId="4FEB1ABA" w:rsidR="008F3C24" w:rsidRPr="00186E8C" w:rsidRDefault="001E1C4C" w:rsidP="001E1C4C">
      <w:pPr>
        <w:autoSpaceDE w:val="0"/>
        <w:autoSpaceDN w:val="0"/>
        <w:spacing w:before="262" w:after="0" w:line="300" w:lineRule="auto"/>
        <w:ind w:right="720"/>
        <w:rPr>
          <w:lang w:val="ru-RU"/>
        </w:rPr>
      </w:pPr>
      <w:r w:rsidRPr="00186E8C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ОБОРУДОВАНИЕ ДЛЯ ПРОВЕДЕНИЯ ЛАБОРАТОРНЫХ, ПРАКТИЧЕСКИХ РАБОТ, ДЕМОНСТРАЦИЙ </w:t>
      </w:r>
      <w:r w:rsidRPr="00186E8C">
        <w:rPr>
          <w:lang w:val="ru-RU"/>
        </w:rPr>
        <w:br/>
      </w:r>
      <w:r w:rsidRPr="00186E8C">
        <w:rPr>
          <w:rFonts w:ascii="Times New Roman" w:eastAsia="Times New Roman" w:hAnsi="Times New Roman"/>
          <w:color w:val="000000"/>
          <w:sz w:val="24"/>
          <w:lang w:val="ru-RU"/>
        </w:rPr>
        <w:t>Мультимедийный проектор, ноутбук, музыкальные колонки</w:t>
      </w:r>
      <w:r>
        <w:rPr>
          <w:rFonts w:ascii="Times New Roman" w:eastAsia="Times New Roman" w:hAnsi="Times New Roman"/>
          <w:color w:val="000000"/>
          <w:sz w:val="24"/>
          <w:lang w:val="ru-RU"/>
        </w:rPr>
        <w:t>.</w:t>
      </w:r>
    </w:p>
    <w:sectPr w:rsidR="008F3C24" w:rsidRPr="00186E8C" w:rsidSect="00034616">
      <w:pgSz w:w="11900" w:h="16840"/>
      <w:pgMar w:top="1440" w:right="1440" w:bottom="1440" w:left="1440" w:header="720" w:footer="720" w:gutter="0"/>
      <w:cols w:space="720" w:equalWidth="0">
        <w:col w:w="10584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00000287" w:usb1="08070000" w:usb2="00000010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86E8C"/>
    <w:rsid w:val="001E1C4C"/>
    <w:rsid w:val="0029425A"/>
    <w:rsid w:val="0029639D"/>
    <w:rsid w:val="00326F90"/>
    <w:rsid w:val="008F3C24"/>
    <w:rsid w:val="00AA1D8D"/>
    <w:rsid w:val="00B47730"/>
    <w:rsid w:val="00CB0664"/>
    <w:rsid w:val="00F62BF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84C3CCD"/>
  <w14:defaultImageDpi w14:val="300"/>
  <w15:docId w15:val="{088D3148-D1C8-41C4-A33E-96460BF4E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0990003-2CDC-4B34-BC88-E96E76BE6F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19</Pages>
  <Words>6449</Words>
  <Characters>36765</Characters>
  <Application>Microsoft Office Word</Application>
  <DocSecurity>0</DocSecurity>
  <Lines>306</Lines>
  <Paragraphs>86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43128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Марина</cp:lastModifiedBy>
  <cp:revision>3</cp:revision>
  <dcterms:created xsi:type="dcterms:W3CDTF">2013-12-23T23:15:00Z</dcterms:created>
  <dcterms:modified xsi:type="dcterms:W3CDTF">2022-10-22T06:21:00Z</dcterms:modified>
  <cp:category/>
</cp:coreProperties>
</file>